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週報テンプレート</w:t>
      </w:r>
    </w:p>
    <w:p>
      <w:pPr>
        <w:pStyle w:val="Heading1"/>
      </w:pPr>
      <w:r>
        <w:t>使い方</w:t>
      </w:r>
    </w:p>
    <w:p>
      <w:r>
        <w:t>1. 2ページ目の上の表に対象期間・氏名・提出先を入れ、「今週の結論」を1〜2文で書きます。</w:t>
      </w:r>
    </w:p>
    <w:p>
      <w:r>
        <w:t>2. 「今週の実績」「数字で見る今週」「課題」の表を上から順に埋めます。進捗は%と「順調・遅れ・前倒し」で示します。</w:t>
      </w:r>
    </w:p>
    <w:p>
      <w:r>
        <w:t>3. 「決定事項」と「宿題（誰が・何を・いつまで）」は分けて書き、「来週の予定」を入れたら提出します。</w:t>
      </w:r>
    </w:p>
    <w:p/>
    <w:p>
      <w:r>
        <w:t>このテンプレートは自由に使ってかまいません。改変・再配布も可です。</w:t>
      </w:r>
    </w:p>
    <w:p>
      <w:r>
        <w:t>配布元: 副業ポートフォリオ https://satoru-log.jp</w:t>
      </w:r>
    </w:p>
    <w:p>
      <w:r>
        <w:br w:type="page"/>
      </w:r>
    </w:p>
    <w:p>
      <w:pPr>
        <w:pStyle w:val="Title"/>
        <w:jc w:val="center"/>
      </w:pPr>
      <w:r>
        <w:t>週 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rHeight w:val="454"/>
        </w:trPr>
        <w:tc>
          <w:tcPr>
            <w:tcW w:type="dxa" w:w="1474"/>
            <w:shd w:val="clear" w:color="auto" w:fill="D9E2F3"/>
          </w:tcPr>
          <w:p>
            <w:r>
              <w:rPr>
                <w:b/>
              </w:rPr>
              <w:t>対象期間</w:t>
            </w:r>
          </w:p>
        </w:tc>
        <w:tc>
          <w:tcPr>
            <w:tcW w:type="dxa" w:w="4195"/>
          </w:tcPr>
          <w:p>
            <w:r>
              <w:t xml:space="preserve">　　年　　月　　日（月）〜　　月　　日（金）</w:t>
            </w:r>
          </w:p>
        </w:tc>
        <w:tc>
          <w:tcPr>
            <w:tcW w:type="dxa" w:w="1474"/>
            <w:shd w:val="clear" w:color="auto" w:fill="D9E2F3"/>
          </w:tcPr>
          <w:p>
            <w:r>
              <w:rPr>
                <w:b/>
              </w:rPr>
              <w:t>提出日</w:t>
            </w:r>
          </w:p>
        </w:tc>
        <w:tc>
          <w:tcPr>
            <w:tcW w:type="dxa" w:w="2721"/>
          </w:tcPr>
          <w:p/>
        </w:tc>
      </w:tr>
      <w:tr>
        <w:trPr>
          <w:trHeight w:val="454"/>
        </w:trPr>
        <w:tc>
          <w:tcPr>
            <w:tcW w:type="dxa" w:w="1474"/>
            <w:shd w:val="clear" w:color="auto" w:fill="D9E2F3"/>
          </w:tcPr>
          <w:p>
            <w:r>
              <w:rPr>
                <w:b/>
              </w:rPr>
              <w:t>部署・チーム</w:t>
            </w:r>
          </w:p>
        </w:tc>
        <w:tc>
          <w:tcPr>
            <w:tcW w:type="dxa" w:w="4195"/>
          </w:tcPr>
          <w:p/>
        </w:tc>
        <w:tc>
          <w:tcPr>
            <w:tcW w:type="dxa" w:w="1474"/>
            <w:shd w:val="clear" w:color="auto" w:fill="D9E2F3"/>
          </w:tcPr>
          <w:p>
            <w:r>
              <w:rPr>
                <w:b/>
              </w:rPr>
              <w:t>氏名</w:t>
            </w:r>
          </w:p>
        </w:tc>
        <w:tc>
          <w:tcPr>
            <w:tcW w:type="dxa" w:w="2721"/>
          </w:tcPr>
          <w:p/>
        </w:tc>
      </w:tr>
      <w:tr>
        <w:trPr>
          <w:trHeight w:val="454"/>
        </w:trPr>
        <w:tc>
          <w:tcPr>
            <w:tcW w:type="dxa" w:w="1474"/>
            <w:shd w:val="clear" w:color="auto" w:fill="D9E2F3"/>
          </w:tcPr>
          <w:p>
            <w:r>
              <w:rPr>
                <w:b/>
              </w:rPr>
              <w:t>提出先</w:t>
            </w:r>
          </w:p>
        </w:tc>
        <w:tc>
          <w:tcPr>
            <w:tcW w:type="dxa" w:w="4195"/>
          </w:tcPr>
          <w:p/>
        </w:tc>
        <w:tc>
          <w:tcPr>
            <w:tcW w:type="dxa" w:w="1474"/>
            <w:shd w:val="clear" w:color="auto" w:fill="D9E2F3"/>
          </w:tcPr>
          <w:p>
            <w:r>
              <w:rPr>
                <w:b/>
              </w:rPr>
              <w:t>稼働日数</w:t>
            </w:r>
          </w:p>
        </w:tc>
        <w:tc>
          <w:tcPr>
            <w:tcW w:type="dxa" w:w="2721"/>
          </w:tcPr>
          <w:p>
            <w:r>
              <w:t xml:space="preserve">　　日</w:t>
            </w:r>
          </w:p>
        </w:tc>
      </w:tr>
    </w:tbl>
    <w:p>
      <w:pPr>
        <w:pStyle w:val="Heading2"/>
      </w:pPr>
      <w:r>
        <w:t>今週の結論（1〜2文。何が進み、何が残っているか）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trHeight w:val="907"/>
        </w:trPr>
        <w:tc>
          <w:tcPr>
            <w:tcW w:type="dxa" w:w="9865"/>
          </w:tcPr>
          <w:p/>
        </w:tc>
      </w:tr>
    </w:tbl>
    <w:p>
      <w:pPr>
        <w:pStyle w:val="Heading2"/>
      </w:pPr>
      <w:r>
        <w:t>今週の実績（やったこと → 結果）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567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No.</w:t>
            </w:r>
          </w:p>
        </w:tc>
        <w:tc>
          <w:tcPr>
            <w:tcW w:type="dxa" w:w="3402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取り組んだこと</w:t>
            </w:r>
          </w:p>
        </w:tc>
        <w:tc>
          <w:tcPr>
            <w:tcW w:type="dxa" w:w="3288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結果・成果</w:t>
            </w:r>
          </w:p>
        </w:tc>
        <w:tc>
          <w:tcPr>
            <w:tcW w:type="dxa" w:w="907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進捗%</w:t>
            </w:r>
          </w:p>
        </w:tc>
        <w:tc>
          <w:tcPr>
            <w:tcW w:type="dxa" w:w="1701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予定比（順調／遅れ／前倒し）</w:t>
            </w:r>
          </w:p>
        </w:tc>
      </w:tr>
      <w:tr>
        <w:trPr>
          <w:trHeight w:val="454"/>
        </w:trPr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3402"/>
          </w:tcPr>
          <w:p/>
        </w:tc>
        <w:tc>
          <w:tcPr>
            <w:tcW w:type="dxa" w:w="3288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3402"/>
          </w:tcPr>
          <w:p/>
        </w:tc>
        <w:tc>
          <w:tcPr>
            <w:tcW w:type="dxa" w:w="3288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3402"/>
          </w:tcPr>
          <w:p/>
        </w:tc>
        <w:tc>
          <w:tcPr>
            <w:tcW w:type="dxa" w:w="3288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3402"/>
          </w:tcPr>
          <w:p/>
        </w:tc>
        <w:tc>
          <w:tcPr>
            <w:tcW w:type="dxa" w:w="3288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567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3402"/>
          </w:tcPr>
          <w:p/>
        </w:tc>
        <w:tc>
          <w:tcPr>
            <w:tcW w:type="dxa" w:w="3288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567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3402"/>
          </w:tcPr>
          <w:p/>
        </w:tc>
        <w:tc>
          <w:tcPr>
            <w:tcW w:type="dxa" w:w="3288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</w:tr>
    </w:tbl>
    <w:p>
      <w:pPr>
        <w:pStyle w:val="Heading2"/>
      </w:pPr>
      <w:r>
        <w:t>数字で見る今週（件数・金額・時間など、追っている指標）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3515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指標</w:t>
            </w:r>
          </w:p>
        </w:tc>
        <w:tc>
          <w:tcPr>
            <w:tcW w:type="dxa" w:w="1587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目標</w:t>
            </w:r>
          </w:p>
        </w:tc>
        <w:tc>
          <w:tcPr>
            <w:tcW w:type="dxa" w:w="1587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実績</w:t>
            </w:r>
          </w:p>
        </w:tc>
        <w:tc>
          <w:tcPr>
            <w:tcW w:type="dxa" w:w="1587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達成率</w:t>
            </w:r>
          </w:p>
        </w:tc>
        <w:tc>
          <w:tcPr>
            <w:tcW w:type="dxa" w:w="1587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先週比</w:t>
            </w:r>
          </w:p>
        </w:tc>
      </w:tr>
      <w:tr>
        <w:trPr>
          <w:trHeight w:val="454"/>
        </w:trPr>
        <w:tc>
          <w:tcPr>
            <w:tcW w:type="dxa" w:w="3515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</w:tr>
      <w:tr>
        <w:trPr>
          <w:trHeight w:val="454"/>
        </w:trPr>
        <w:tc>
          <w:tcPr>
            <w:tcW w:type="dxa" w:w="3515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</w:tr>
      <w:tr>
        <w:trPr>
          <w:trHeight w:val="454"/>
        </w:trPr>
        <w:tc>
          <w:tcPr>
            <w:tcW w:type="dxa" w:w="3515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</w:tr>
      <w:tr>
        <w:trPr>
          <w:trHeight w:val="454"/>
        </w:trPr>
        <w:tc>
          <w:tcPr>
            <w:tcW w:type="dxa" w:w="3515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  <w:tc>
          <w:tcPr>
            <w:tcW w:type="dxa" w:w="1587"/>
          </w:tcPr>
          <w:p/>
        </w:tc>
      </w:tr>
    </w:tbl>
    <w:p>
      <w:pPr>
        <w:pStyle w:val="Heading2"/>
      </w:pPr>
      <w:r>
        <w:t>課題・困っていること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No.</w:t>
            </w:r>
          </w:p>
        </w:tc>
        <w:tc>
          <w:tcPr>
            <w:tcW w:type="dxa" w:w="3402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課題</w:t>
            </w:r>
          </w:p>
        </w:tc>
        <w:tc>
          <w:tcPr>
            <w:tcW w:type="dxa" w:w="2494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影響（誰に・何に）</w:t>
            </w:r>
          </w:p>
        </w:tc>
        <w:tc>
          <w:tcPr>
            <w:tcW w:type="dxa" w:w="3402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対応案・相談したいこと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3402"/>
          </w:tcPr>
          <w:p/>
        </w:tc>
        <w:tc>
          <w:tcPr>
            <w:tcW w:type="dxa" w:w="2494"/>
          </w:tcPr>
          <w:p/>
        </w:tc>
        <w:tc>
          <w:tcPr>
            <w:tcW w:type="dxa" w:w="3402"/>
          </w:tcPr>
          <w:p/>
        </w:tc>
      </w:tr>
      <w:tr>
        <w:trPr>
          <w:trHeight w:val="510"/>
        </w:trPr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3402"/>
          </w:tcPr>
          <w:p/>
        </w:tc>
        <w:tc>
          <w:tcPr>
            <w:tcW w:type="dxa" w:w="2494"/>
          </w:tcPr>
          <w:p/>
        </w:tc>
        <w:tc>
          <w:tcPr>
            <w:tcW w:type="dxa" w:w="3402"/>
          </w:tcPr>
          <w:p/>
        </w:tc>
      </w:tr>
      <w:tr>
        <w:trPr>
          <w:trHeight w:val="510"/>
        </w:trPr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3402"/>
          </w:tcPr>
          <w:p/>
        </w:tc>
        <w:tc>
          <w:tcPr>
            <w:tcW w:type="dxa" w:w="2494"/>
          </w:tcPr>
          <w:p/>
        </w:tc>
        <w:tc>
          <w:tcPr>
            <w:tcW w:type="dxa" w:w="3402"/>
          </w:tcPr>
          <w:p/>
        </w:tc>
      </w:tr>
    </w:tbl>
    <w:p>
      <w:pPr>
        <w:pStyle w:val="Heading2"/>
      </w:pPr>
      <w:r>
        <w:t>決定事項（今週決まったこと）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No.</w:t>
            </w:r>
          </w:p>
        </w:tc>
        <w:tc>
          <w:tcPr>
            <w:tcW w:type="dxa" w:w="5102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決まったこと</w:t>
            </w:r>
          </w:p>
        </w:tc>
        <w:tc>
          <w:tcPr>
            <w:tcW w:type="dxa" w:w="2721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決めた場（会議名・相手）</w:t>
            </w:r>
          </w:p>
        </w:tc>
        <w:tc>
          <w:tcPr>
            <w:tcW w:type="dxa" w:w="1474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決めた日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5102"/>
          </w:tcPr>
          <w:p/>
        </w:tc>
        <w:tc>
          <w:tcPr>
            <w:tcW w:type="dxa" w:w="2721"/>
          </w:tcPr>
          <w:p/>
        </w:tc>
        <w:tc>
          <w:tcPr>
            <w:tcW w:type="dxa" w:w="1474"/>
          </w:tcPr>
          <w:p/>
        </w:tc>
      </w:tr>
      <w:tr>
        <w:trPr>
          <w:trHeight w:val="510"/>
        </w:trPr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5102"/>
          </w:tcPr>
          <w:p/>
        </w:tc>
        <w:tc>
          <w:tcPr>
            <w:tcW w:type="dxa" w:w="2721"/>
          </w:tcPr>
          <w:p/>
        </w:tc>
        <w:tc>
          <w:tcPr>
            <w:tcW w:type="dxa" w:w="1474"/>
          </w:tcPr>
          <w:p/>
        </w:tc>
      </w:tr>
      <w:tr>
        <w:trPr>
          <w:trHeight w:val="510"/>
        </w:trPr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5102"/>
          </w:tcPr>
          <w:p/>
        </w:tc>
        <w:tc>
          <w:tcPr>
            <w:tcW w:type="dxa" w:w="2721"/>
          </w:tcPr>
          <w:p/>
        </w:tc>
        <w:tc>
          <w:tcPr>
            <w:tcW w:type="dxa" w:w="1474"/>
          </w:tcPr>
          <w:p/>
        </w:tc>
      </w:tr>
    </w:tbl>
    <w:p>
      <w:pPr>
        <w:pStyle w:val="Heading2"/>
      </w:pPr>
      <w:r>
        <w:t>宿題（誰が・何を・いつまで）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567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No.</w:t>
            </w:r>
          </w:p>
        </w:tc>
        <w:tc>
          <w:tcPr>
            <w:tcW w:type="dxa" w:w="1587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誰が</w:t>
            </w:r>
          </w:p>
        </w:tc>
        <w:tc>
          <w:tcPr>
            <w:tcW w:type="dxa" w:w="4195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何を</w:t>
            </w:r>
          </w:p>
        </w:tc>
        <w:tc>
          <w:tcPr>
            <w:tcW w:type="dxa" w:w="1587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いつまで</w:t>
            </w:r>
          </w:p>
        </w:tc>
        <w:tc>
          <w:tcPr>
            <w:tcW w:type="dxa" w:w="1928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状況（未着手／進行中／完了）</w:t>
            </w:r>
          </w:p>
        </w:tc>
      </w:tr>
      <w:tr>
        <w:trPr>
          <w:trHeight w:val="510"/>
        </w:trPr>
        <w:tc>
          <w:tcPr>
            <w:tcW w:type="dxa" w:w="567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1587"/>
          </w:tcPr>
          <w:p/>
        </w:tc>
        <w:tc>
          <w:tcPr>
            <w:tcW w:type="dxa" w:w="4195"/>
          </w:tcPr>
          <w:p/>
        </w:tc>
        <w:tc>
          <w:tcPr>
            <w:tcW w:type="dxa" w:w="1587"/>
          </w:tcPr>
          <w:p/>
        </w:tc>
        <w:tc>
          <w:tcPr>
            <w:tcW w:type="dxa" w:w="1928"/>
          </w:tcPr>
          <w:p/>
        </w:tc>
      </w:tr>
      <w:tr>
        <w:trPr>
          <w:trHeight w:val="510"/>
        </w:trPr>
        <w:tc>
          <w:tcPr>
            <w:tcW w:type="dxa" w:w="567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1587"/>
          </w:tcPr>
          <w:p/>
        </w:tc>
        <w:tc>
          <w:tcPr>
            <w:tcW w:type="dxa" w:w="4195"/>
          </w:tcPr>
          <w:p/>
        </w:tc>
        <w:tc>
          <w:tcPr>
            <w:tcW w:type="dxa" w:w="1587"/>
          </w:tcPr>
          <w:p/>
        </w:tc>
        <w:tc>
          <w:tcPr>
            <w:tcW w:type="dxa" w:w="1928"/>
          </w:tcPr>
          <w:p/>
        </w:tc>
      </w:tr>
      <w:tr>
        <w:trPr>
          <w:trHeight w:val="510"/>
        </w:trPr>
        <w:tc>
          <w:tcPr>
            <w:tcW w:type="dxa" w:w="567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1587"/>
          </w:tcPr>
          <w:p/>
        </w:tc>
        <w:tc>
          <w:tcPr>
            <w:tcW w:type="dxa" w:w="4195"/>
          </w:tcPr>
          <w:p/>
        </w:tc>
        <w:tc>
          <w:tcPr>
            <w:tcW w:type="dxa" w:w="1587"/>
          </w:tcPr>
          <w:p/>
        </w:tc>
        <w:tc>
          <w:tcPr>
            <w:tcW w:type="dxa" w:w="1928"/>
          </w:tcPr>
          <w:p/>
        </w:tc>
      </w:tr>
      <w:tr>
        <w:trPr>
          <w:trHeight w:val="510"/>
        </w:trPr>
        <w:tc>
          <w:tcPr>
            <w:tcW w:type="dxa" w:w="567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1587"/>
          </w:tcPr>
          <w:p/>
        </w:tc>
        <w:tc>
          <w:tcPr>
            <w:tcW w:type="dxa" w:w="4195"/>
          </w:tcPr>
          <w:p/>
        </w:tc>
        <w:tc>
          <w:tcPr>
            <w:tcW w:type="dxa" w:w="1587"/>
          </w:tcPr>
          <w:p/>
        </w:tc>
        <w:tc>
          <w:tcPr>
            <w:tcW w:type="dxa" w:w="1928"/>
          </w:tcPr>
          <w:p/>
        </w:tc>
      </w:tr>
    </w:tbl>
    <w:p>
      <w:pPr>
        <w:pStyle w:val="Heading2"/>
      </w:pPr>
      <w:r>
        <w:t>来週の予定（優先順に）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794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優先</w:t>
            </w:r>
          </w:p>
        </w:tc>
        <w:tc>
          <w:tcPr>
            <w:tcW w:type="dxa" w:w="4762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やること</w:t>
            </w:r>
          </w:p>
        </w:tc>
        <w:tc>
          <w:tcPr>
            <w:tcW w:type="dxa" w:w="2494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完了のめやす</w:t>
            </w:r>
          </w:p>
        </w:tc>
        <w:tc>
          <w:tcPr>
            <w:tcW w:type="dxa" w:w="1814"/>
            <w:shd w:val="clear" w:color="auto" w:fill="D9E2F3"/>
          </w:tcPr>
          <w:p>
            <w:pPr>
              <w:jc w:val="center"/>
            </w:pPr>
            <w:r>
              <w:rPr>
                <w:b/>
              </w:rPr>
              <w:t>関係者</w:t>
            </w:r>
          </w:p>
        </w:tc>
      </w:tr>
      <w:tr>
        <w:trPr>
          <w:trHeight w:val="454"/>
        </w:trPr>
        <w:tc>
          <w:tcPr>
            <w:tcW w:type="dxa" w:w="794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4762"/>
          </w:tcPr>
          <w:p/>
        </w:tc>
        <w:tc>
          <w:tcPr>
            <w:tcW w:type="dxa" w:w="2494"/>
          </w:tcPr>
          <w:p/>
        </w:tc>
        <w:tc>
          <w:tcPr>
            <w:tcW w:type="dxa" w:w="1814"/>
          </w:tcPr>
          <w:p/>
        </w:tc>
      </w:tr>
      <w:tr>
        <w:trPr>
          <w:trHeight w:val="454"/>
        </w:trPr>
        <w:tc>
          <w:tcPr>
            <w:tcW w:type="dxa" w:w="794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4762"/>
          </w:tcPr>
          <w:p/>
        </w:tc>
        <w:tc>
          <w:tcPr>
            <w:tcW w:type="dxa" w:w="2494"/>
          </w:tcPr>
          <w:p/>
        </w:tc>
        <w:tc>
          <w:tcPr>
            <w:tcW w:type="dxa" w:w="1814"/>
          </w:tcPr>
          <w:p/>
        </w:tc>
      </w:tr>
      <w:tr>
        <w:trPr>
          <w:trHeight w:val="454"/>
        </w:trPr>
        <w:tc>
          <w:tcPr>
            <w:tcW w:type="dxa" w:w="794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4762"/>
          </w:tcPr>
          <w:p/>
        </w:tc>
        <w:tc>
          <w:tcPr>
            <w:tcW w:type="dxa" w:w="2494"/>
          </w:tcPr>
          <w:p/>
        </w:tc>
        <w:tc>
          <w:tcPr>
            <w:tcW w:type="dxa" w:w="1814"/>
          </w:tcPr>
          <w:p/>
        </w:tc>
      </w:tr>
      <w:tr>
        <w:trPr>
          <w:trHeight w:val="454"/>
        </w:trPr>
        <w:tc>
          <w:tcPr>
            <w:tcW w:type="dxa" w:w="794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4762"/>
          </w:tcPr>
          <w:p/>
        </w:tc>
        <w:tc>
          <w:tcPr>
            <w:tcW w:type="dxa" w:w="2494"/>
          </w:tcPr>
          <w:p/>
        </w:tc>
        <w:tc>
          <w:tcPr>
            <w:tcW w:type="dxa" w:w="1814"/>
          </w:tcPr>
          <w:p/>
        </w:tc>
      </w:tr>
      <w:tr>
        <w:trPr>
          <w:trHeight w:val="454"/>
        </w:trPr>
        <w:tc>
          <w:tcPr>
            <w:tcW w:type="dxa" w:w="794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4762"/>
          </w:tcPr>
          <w:p/>
        </w:tc>
        <w:tc>
          <w:tcPr>
            <w:tcW w:type="dxa" w:w="2494"/>
          </w:tcPr>
          <w:p/>
        </w:tc>
        <w:tc>
          <w:tcPr>
            <w:tcW w:type="dxa" w:w="1814"/>
          </w:tcPr>
          <w:p/>
        </w:tc>
      </w:tr>
    </w:tbl>
    <w:p>
      <w:pPr>
        <w:pStyle w:val="Heading2"/>
      </w:pPr>
      <w:r>
        <w:t>相談・共有したいこと（上司・チームへ）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trHeight w:val="794"/>
        </w:trPr>
        <w:tc>
          <w:tcPr>
            <w:tcW w:type="dxa" w:w="9865"/>
          </w:tcPr>
          <w:p/>
        </w:tc>
      </w:tr>
    </w:tbl>
    <w:p>
      <w:pPr>
        <w:pStyle w:val="Heading2"/>
      </w:pPr>
      <w:r>
        <w:t>上長コメント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rPr>
          <w:trHeight w:val="794"/>
        </w:trPr>
        <w:tc>
          <w:tcPr>
            <w:tcW w:type="dxa" w:w="9865"/>
          </w:tcPr>
          <w:p/>
        </w:tc>
      </w:tr>
    </w:tbl>
    <w:p>
      <w:pPr>
        <w:jc w:val="right"/>
      </w:pPr>
      <w:r>
        <w:rPr>
          <w:color w:val="808080"/>
          <w:sz w:val="14"/>
        </w:rPr>
        <w:t>このテンプレートは自由に使ってかまいません。改変・再配布も可です。 配布元: 副業ポートフォリオ https://satoru-log.jp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/>
    </w:pPr>
    <w:rPr>
      <w:rFonts w:ascii="游ゴシック" w:hAnsi="游ゴシック" w:eastAsia="游ゴシック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40"/>
      <w:outlineLvl w:val="0"/>
    </w:pPr>
    <w:rPr>
      <w:rFonts w:asciiTheme="majorHAnsi" w:eastAsiaTheme="majorEastAsia" w:hAnsiTheme="majorHAnsi" w:cstheme="majorBidi" w:ascii="游ゴシック" w:hAnsi="游ゴシック" w:eastAsia="游ゴシック"/>
      <w:b/>
      <w:bCs/>
      <w:color w:val="1F386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40"/>
      <w:outlineLvl w:val="1"/>
    </w:pPr>
    <w:rPr>
      <w:rFonts w:asciiTheme="majorHAnsi" w:eastAsiaTheme="majorEastAsia" w:hAnsiTheme="majorHAnsi" w:cstheme="majorBidi" w:ascii="游ゴシック" w:hAnsi="游ゴシック" w:eastAsia="游ゴシック"/>
      <w:b/>
      <w:bCs/>
      <w:color w:val="1F3864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游ゴシック" w:hAnsi="游ゴシック" w:eastAsia="游ゴシック"/>
      <w:b/>
      <w:color w:val="1F3864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