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会議アジェンダ（時間割つき）</w:t>
      </w:r>
    </w:p>
    <w:p>
      <w:pPr>
        <w:jc w:val="center"/>
      </w:pPr>
      <w:r>
        <w:rPr>
          <w:rFonts w:ascii="Yu Gothic" w:hAnsi="Yu Gothic" w:eastAsia="Yu Gothic"/>
          <w:sz w:val="21"/>
        </w:rPr>
        <w:t>議題ごとに時間を割り振って、時間内に終わらせるための会議シートです。</w:t>
      </w:r>
    </w:p>
    <w:p>
      <w:pPr>
        <w:pStyle w:val="Heading1"/>
      </w:pPr>
      <w:r>
        <w:t>使い方</w:t>
      </w:r>
    </w:p>
    <w:p>
      <w:pPr>
        <w:spacing w:after="120"/>
      </w:pPr>
      <w:r>
        <w:rPr>
          <w:rFonts w:ascii="Yu Gothic" w:hAnsi="Yu Gothic" w:eastAsia="Yu Gothic"/>
          <w:b/>
          <w:sz w:val="21"/>
        </w:rPr>
        <w:t xml:space="preserve">1. </w:t>
      </w:r>
      <w:r>
        <w:rPr>
          <w:rFonts w:ascii="Yu Gothic" w:hAnsi="Yu Gothic" w:eastAsia="Yu Gothic"/>
          <w:sz w:val="21"/>
        </w:rPr>
        <w:t>2ページ目の「会議の基本情報」と「この会議のゴール」に、会議名・日時・参加者・目的を書きます。</w:t>
      </w:r>
    </w:p>
    <w:p>
      <w:pPr>
        <w:spacing w:after="120"/>
      </w:pPr>
      <w:r>
        <w:rPr>
          <w:rFonts w:ascii="Yu Gothic" w:hAnsi="Yu Gothic" w:eastAsia="Yu Gothic"/>
          <w:b/>
          <w:sz w:val="21"/>
        </w:rPr>
        <w:t xml:space="preserve">2. </w:t>
      </w:r>
      <w:r>
        <w:rPr>
          <w:rFonts w:ascii="Yu Gothic" w:hAnsi="Yu Gothic" w:eastAsia="Yu Gothic"/>
          <w:sz w:val="21"/>
        </w:rPr>
        <w:t>「タイムテーブル」に議題を上から並べ、開始時刻と所要（分）を入れて、合計が会議時間に収まるか確かめます。</w:t>
      </w:r>
    </w:p>
    <w:p>
      <w:pPr>
        <w:spacing w:after="120"/>
      </w:pPr>
      <w:r>
        <w:rPr>
          <w:rFonts w:ascii="Yu Gothic" w:hAnsi="Yu Gothic" w:eastAsia="Yu Gothic"/>
          <w:b/>
          <w:sz w:val="21"/>
        </w:rPr>
        <w:t xml:space="preserve">3. </w:t>
      </w:r>
      <w:r>
        <w:rPr>
          <w:rFonts w:ascii="Yu Gothic" w:hAnsi="Yu Gothic" w:eastAsia="Yu Gothic"/>
          <w:sz w:val="21"/>
        </w:rPr>
        <w:t>会議中は「決定事項」「持ち帰りタスク」の表に書き込み、終わったらそのまま参加者に共有します。</w:t>
      </w:r>
    </w:p>
    <w:p/>
    <w:p>
      <w:pPr>
        <w:spacing w:after="40"/>
      </w:pPr>
      <w:r>
        <w:rPr>
          <w:rFonts w:ascii="Yu Gothic" w:hAnsi="Yu Gothic" w:eastAsia="Yu Gothic"/>
          <w:color w:val="606060"/>
          <w:sz w:val="18"/>
        </w:rPr>
        <w:t>このテンプレートは自由に使ってかまいません。改変・再配布も可です。</w:t>
      </w:r>
    </w:p>
    <w:p>
      <w:pPr>
        <w:spacing w:after="40"/>
      </w:pPr>
      <w:r>
        <w:rPr>
          <w:rFonts w:ascii="Yu Gothic" w:hAnsi="Yu Gothic" w:eastAsia="Yu Gothic"/>
          <w:color w:val="606060"/>
          <w:sz w:val="18"/>
        </w:rPr>
        <w:t>配布元: 副業ポートフォリオ https://satoru-log.jp</w:t>
      </w:r>
    </w:p>
    <w:p>
      <w:r>
        <w:br w:type="page"/>
      </w:r>
    </w:p>
    <w:p>
      <w:pPr>
        <w:pStyle w:val="Heading1"/>
      </w:pPr>
      <w:r>
        <w:t>会議アジェンダ</w:t>
      </w:r>
    </w:p>
    <w:p>
      <w:pPr>
        <w:pStyle w:val="Heading2"/>
      </w:pPr>
      <w:r>
        <w:t>1. 会議の基本情報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</w:tblPr>
      <w:tblGrid>
        <w:gridCol w:w="4933"/>
        <w:gridCol w:w="4933"/>
      </w:tblGrid>
      <w:tr>
        <w:trPr>
          <w:trHeight w:val="510" w:hRule="atLeast"/>
        </w:trPr>
        <w:tc>
          <w:tcPr>
            <w:tcW w:type="dxa" w:w="1928"/>
            <w:vAlign w:val="center"/>
            <w:shd w:val="clear" w:color="auto" w:fill="F4F4F4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/>
                <w:sz w:val="20"/>
              </w:rPr>
              <w:t>会議名</w:t>
            </w:r>
          </w:p>
        </w:tc>
        <w:tc>
          <w:tcPr>
            <w:tcW w:type="dxa" w:w="7937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928"/>
            <w:vAlign w:val="center"/>
            <w:shd w:val="clear" w:color="auto" w:fill="F4F4F4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/>
                <w:sz w:val="20"/>
              </w:rPr>
              <w:t>日時</w:t>
            </w:r>
          </w:p>
        </w:tc>
        <w:tc>
          <w:tcPr>
            <w:tcW w:type="dxa" w:w="7937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928"/>
            <w:vAlign w:val="center"/>
            <w:shd w:val="clear" w:color="auto" w:fill="F4F4F4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/>
                <w:sz w:val="20"/>
              </w:rPr>
              <w:t>所要時間</w:t>
            </w:r>
          </w:p>
        </w:tc>
        <w:tc>
          <w:tcPr>
            <w:tcW w:type="dxa" w:w="7937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928"/>
            <w:vAlign w:val="center"/>
            <w:shd w:val="clear" w:color="auto" w:fill="F4F4F4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/>
                <w:sz w:val="20"/>
              </w:rPr>
              <w:t>場所 / URL</w:t>
            </w:r>
          </w:p>
        </w:tc>
        <w:tc>
          <w:tcPr>
            <w:tcW w:type="dxa" w:w="7937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928"/>
            <w:vAlign w:val="center"/>
            <w:shd w:val="clear" w:color="auto" w:fill="F4F4F4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/>
                <w:sz w:val="20"/>
              </w:rPr>
              <w:t>進行（司会）</w:t>
            </w:r>
          </w:p>
        </w:tc>
        <w:tc>
          <w:tcPr>
            <w:tcW w:type="dxa" w:w="7937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928"/>
            <w:vAlign w:val="center"/>
            <w:shd w:val="clear" w:color="auto" w:fill="F4F4F4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/>
                <w:sz w:val="20"/>
              </w:rPr>
              <w:t>書記</w:t>
            </w:r>
          </w:p>
        </w:tc>
        <w:tc>
          <w:tcPr>
            <w:tcW w:type="dxa" w:w="7937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10" w:hRule="atLeast"/>
          <w:trHeight w:val="793" w:hRule="atLeast"/>
        </w:trPr>
        <w:tc>
          <w:tcPr>
            <w:tcW w:type="dxa" w:w="1928"/>
            <w:vAlign w:val="center"/>
            <w:shd w:val="clear" w:color="auto" w:fill="F4F4F4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/>
                <w:sz w:val="20"/>
              </w:rPr>
              <w:t>参加者</w:t>
            </w:r>
          </w:p>
        </w:tc>
        <w:tc>
          <w:tcPr>
            <w:tcW w:type="dxa" w:w="7937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pStyle w:val="Heading2"/>
      </w:pPr>
      <w:r>
        <w:t>2. この会議のゴール</w:t>
      </w:r>
    </w:p>
    <w:p>
      <w:pPr>
        <w:spacing w:after="120"/>
      </w:pPr>
      <w:r>
        <w:rPr>
          <w:rFonts w:ascii="Yu Gothic" w:hAnsi="Yu Gothic" w:eastAsia="Yu Gothic"/>
          <w:color w:val="606060"/>
          <w:sz w:val="18"/>
        </w:rPr>
        <w:t>「終わったときに何が決まっていれば成功か」を、先に1〜3行で書いておきます。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</w:tblPr>
      <w:tblGrid>
        <w:gridCol w:w="4933"/>
        <w:gridCol w:w="4933"/>
      </w:tblGrid>
      <w:tr>
        <w:trPr>
          <w:trHeight w:val="567" w:hRule="atLeast"/>
        </w:trPr>
        <w:tc>
          <w:tcPr>
            <w:tcW w:type="dxa" w:w="794"/>
            <w:vAlign w:val="center"/>
            <w:shd w:val="clear" w:color="auto" w:fill="F4F4F4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20"/>
              </w:rPr>
              <w:t>1</w:t>
            </w:r>
          </w:p>
        </w:tc>
        <w:tc>
          <w:tcPr>
            <w:tcW w:type="dxa" w:w="9071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794"/>
            <w:vAlign w:val="center"/>
            <w:shd w:val="clear" w:color="auto" w:fill="F4F4F4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20"/>
              </w:rPr>
              <w:t>2</w:t>
            </w:r>
          </w:p>
        </w:tc>
        <w:tc>
          <w:tcPr>
            <w:tcW w:type="dxa" w:w="9071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794"/>
            <w:vAlign w:val="center"/>
            <w:shd w:val="clear" w:color="auto" w:fill="F4F4F4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20"/>
              </w:rPr>
              <w:t>3</w:t>
            </w:r>
          </w:p>
        </w:tc>
        <w:tc>
          <w:tcPr>
            <w:tcW w:type="dxa" w:w="9071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pStyle w:val="Heading2"/>
      </w:pPr>
      <w:r>
        <w:t>3. タイムテーブル</w:t>
      </w:r>
    </w:p>
    <w:p>
      <w:pPr>
        <w:spacing w:after="120"/>
      </w:pPr>
      <w:r>
        <w:rPr>
          <w:rFonts w:ascii="Yu Gothic" w:hAnsi="Yu Gothic" w:eastAsia="Yu Gothic"/>
          <w:color w:val="606060"/>
          <w:sz w:val="18"/>
        </w:rPr>
        <w:t>議題を上から並べ、開始時刻と所要（分）を記入します。所要の合計が会議時間に収まるよう調整してください。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rHeight w:val="453" w:hRule="atLeast"/>
        </w:trPr>
        <w:tc>
          <w:tcPr>
            <w:tcW w:type="dxa" w:w="907"/>
            <w:vAlign w:val="center"/>
            <w:shd w:val="clear" w:color="auto" w:fill="E8EEF7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19"/>
              </w:rPr>
              <w:t>開始</w:t>
            </w:r>
          </w:p>
        </w:tc>
        <w:tc>
          <w:tcPr>
            <w:tcW w:type="dxa" w:w="680"/>
            <w:vAlign w:val="center"/>
            <w:shd w:val="clear" w:color="auto" w:fill="E8EEF7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19"/>
              </w:rPr>
              <w:t>所要</w:t>
            </w:r>
          </w:p>
        </w:tc>
        <w:tc>
          <w:tcPr>
            <w:tcW w:type="dxa" w:w="2948"/>
            <w:vAlign w:val="center"/>
            <w:shd w:val="clear" w:color="auto" w:fill="E8EEF7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19"/>
              </w:rPr>
              <w:t>議題</w:t>
            </w:r>
          </w:p>
        </w:tc>
        <w:tc>
          <w:tcPr>
            <w:tcW w:type="dxa" w:w="1020"/>
            <w:vAlign w:val="center"/>
            <w:shd w:val="clear" w:color="auto" w:fill="E8EEF7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19"/>
              </w:rPr>
              <w:t>担当</w:t>
            </w:r>
          </w:p>
        </w:tc>
        <w:tc>
          <w:tcPr>
            <w:tcW w:type="dxa" w:w="4309"/>
            <w:vAlign w:val="center"/>
            <w:shd w:val="clear" w:color="auto" w:fill="E8EEF7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19"/>
              </w:rPr>
              <w:t>この時間で出したい結論・成果物</w:t>
            </w:r>
          </w:p>
        </w:tc>
      </w:tr>
      <w:tr>
        <w:trPr>
          <w:trHeight w:val="510" w:hRule="atLeast"/>
        </w:trPr>
        <w:tc>
          <w:tcPr>
            <w:tcW w:type="dxa" w:w="90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color w:val="999999"/>
                <w:sz w:val="19"/>
              </w:rPr>
              <w:t>10:00</w:t>
            </w:r>
          </w:p>
        </w:tc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color w:val="999999"/>
                <w:sz w:val="19"/>
              </w:rPr>
              <w:t>5</w:t>
            </w:r>
          </w:p>
        </w:tc>
        <w:tc>
          <w:tcPr>
            <w:tcW w:type="dxa" w:w="294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color w:val="999999"/>
                <w:sz w:val="19"/>
              </w:rPr>
              <w:t>開始のあいさつ・今日のゴール確認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color w:val="999999"/>
                <w:sz w:val="19"/>
              </w:rPr>
              <w:t>進行</w:t>
            </w:r>
          </w:p>
        </w:tc>
        <w:tc>
          <w:tcPr>
            <w:tcW w:type="dxa" w:w="430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color w:val="999999"/>
                <w:sz w:val="19"/>
              </w:rPr>
              <w:t>全員がゴールを共有できている</w:t>
            </w:r>
          </w:p>
        </w:tc>
      </w:tr>
      <w:tr>
        <w:trPr>
          <w:trHeight w:val="510" w:hRule="atLeast"/>
        </w:trPr>
        <w:tc>
          <w:tcPr>
            <w:tcW w:type="dxa" w:w="90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color w:val="999999"/>
                <w:sz w:val="19"/>
              </w:rPr>
              <w:t>10:05</w:t>
            </w:r>
          </w:p>
        </w:tc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color w:val="999999"/>
                <w:sz w:val="19"/>
              </w:rPr>
              <w:t>10</w:t>
            </w:r>
          </w:p>
        </w:tc>
        <w:tc>
          <w:tcPr>
            <w:tcW w:type="dxa" w:w="294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color w:val="999999"/>
                <w:sz w:val="19"/>
              </w:rPr>
              <w:t>前回の持ち帰りタスクの確認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color w:val="999999"/>
                <w:sz w:val="19"/>
              </w:rPr>
            </w:r>
          </w:p>
        </w:tc>
        <w:tc>
          <w:tcPr>
            <w:tcW w:type="dxa" w:w="430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color w:val="999999"/>
                <w:sz w:val="19"/>
              </w:rPr>
              <w:t>完了 / 未完了がはっきりする</w:t>
            </w:r>
          </w:p>
        </w:tc>
      </w:tr>
      <w:tr>
        <w:trPr>
          <w:trHeight w:val="510" w:hRule="atLeast"/>
        </w:trPr>
        <w:tc>
          <w:tcPr>
            <w:tcW w:type="dxa" w:w="90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430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</w:tr>
      <w:tr>
        <w:trPr>
          <w:trHeight w:val="510" w:hRule="atLeast"/>
        </w:trPr>
        <w:tc>
          <w:tcPr>
            <w:tcW w:type="dxa" w:w="90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430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</w:tr>
      <w:tr>
        <w:trPr>
          <w:trHeight w:val="510" w:hRule="atLeast"/>
        </w:trPr>
        <w:tc>
          <w:tcPr>
            <w:tcW w:type="dxa" w:w="90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430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</w:tr>
      <w:tr>
        <w:trPr>
          <w:trHeight w:val="510" w:hRule="atLeast"/>
        </w:trPr>
        <w:tc>
          <w:tcPr>
            <w:tcW w:type="dxa" w:w="90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430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</w:tr>
      <w:tr>
        <w:trPr>
          <w:trHeight w:val="510" w:hRule="atLeast"/>
        </w:trPr>
        <w:tc>
          <w:tcPr>
            <w:tcW w:type="dxa" w:w="90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430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</w:tr>
      <w:tr>
        <w:trPr>
          <w:trHeight w:val="510" w:hRule="atLeast"/>
        </w:trPr>
        <w:tc>
          <w:tcPr>
            <w:tcW w:type="dxa" w:w="90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430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</w:tr>
      <w:tr>
        <w:trPr>
          <w:trHeight w:val="510" w:hRule="atLeast"/>
        </w:trPr>
        <w:tc>
          <w:tcPr>
            <w:tcW w:type="dxa" w:w="90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430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</w:tr>
      <w:tr>
        <w:trPr>
          <w:trHeight w:val="510" w:hRule="atLeast"/>
        </w:trPr>
        <w:tc>
          <w:tcPr>
            <w:tcW w:type="dxa" w:w="90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430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</w:tr>
      <w:tr>
        <w:trPr>
          <w:trHeight w:val="510" w:hRule="atLeast"/>
        </w:trPr>
        <w:tc>
          <w:tcPr>
            <w:tcW w:type="dxa" w:w="90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430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</w:tr>
      <w:tr>
        <w:trPr>
          <w:trHeight w:val="510" w:hRule="atLeast"/>
        </w:trPr>
        <w:tc>
          <w:tcPr>
            <w:tcW w:type="dxa" w:w="90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  <w:tc>
          <w:tcPr>
            <w:tcW w:type="dxa" w:w="430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19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</w:tblPr>
      <w:tblGrid>
        <w:gridCol w:w="4933"/>
        <w:gridCol w:w="4933"/>
      </w:tblGrid>
      <w:tr>
        <w:trPr>
          <w:trHeight w:val="510" w:hRule="atLeast"/>
        </w:trPr>
        <w:tc>
          <w:tcPr>
            <w:tcW w:type="dxa" w:w="2041"/>
            <w:vAlign w:val="center"/>
            <w:shd w:val="clear" w:color="auto" w:fill="F4F4F4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/>
                <w:sz w:val="19"/>
              </w:rPr>
              <w:t>所要の合計（分）</w:t>
            </w:r>
          </w:p>
        </w:tc>
        <w:tc>
          <w:tcPr>
            <w:tcW w:type="dxa" w:w="7824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spacing w:after="120"/>
      </w:pPr>
      <w:r>
        <w:rPr>
          <w:rFonts w:ascii="Yu Gothic" w:hAnsi="Yu Gothic" w:eastAsia="Yu Gothic"/>
          <w:color w:val="606060"/>
          <w:sz w:val="18"/>
        </w:rPr>
        <w:t>※ 上の2行は記入例です。使うときは書き換えてください。</w:t>
      </w:r>
    </w:p>
    <w:p>
      <w:r>
        <w:br w:type="page"/>
      </w:r>
    </w:p>
    <w:p>
      <w:pPr>
        <w:pStyle w:val="Heading2"/>
      </w:pPr>
      <w:r>
        <w:t>4. 決定事項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</w:tblPr>
      <w:tblGrid>
        <w:gridCol w:w="3289"/>
        <w:gridCol w:w="3289"/>
        <w:gridCol w:w="3289"/>
      </w:tblGrid>
      <w:tr>
        <w:trPr>
          <w:trHeight w:val="453" w:hRule="atLeast"/>
        </w:trPr>
        <w:tc>
          <w:tcPr>
            <w:tcW w:type="dxa" w:w="680"/>
            <w:vAlign w:val="center"/>
            <w:shd w:val="clear" w:color="auto" w:fill="E8EEF7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19"/>
              </w:rPr>
              <w:t>No.</w:t>
            </w:r>
          </w:p>
        </w:tc>
        <w:tc>
          <w:tcPr>
            <w:tcW w:type="dxa" w:w="5896"/>
            <w:vAlign w:val="center"/>
            <w:shd w:val="clear" w:color="auto" w:fill="E8EEF7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19"/>
              </w:rPr>
              <w:t>決まったこと</w:t>
            </w:r>
          </w:p>
        </w:tc>
        <w:tc>
          <w:tcPr>
            <w:tcW w:type="dxa" w:w="3288"/>
            <w:vAlign w:val="center"/>
            <w:shd w:val="clear" w:color="auto" w:fill="E8EEF7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19"/>
              </w:rPr>
              <w:t>決めた人 / 根拠</w:t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1</w:t>
            </w:r>
          </w:p>
        </w:tc>
        <w:tc>
          <w:tcPr>
            <w:tcW w:type="dxa" w:w="5896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8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2</w:t>
            </w:r>
          </w:p>
        </w:tc>
        <w:tc>
          <w:tcPr>
            <w:tcW w:type="dxa" w:w="5896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8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3</w:t>
            </w:r>
          </w:p>
        </w:tc>
        <w:tc>
          <w:tcPr>
            <w:tcW w:type="dxa" w:w="5896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8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4</w:t>
            </w:r>
          </w:p>
        </w:tc>
        <w:tc>
          <w:tcPr>
            <w:tcW w:type="dxa" w:w="5896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8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5</w:t>
            </w:r>
          </w:p>
        </w:tc>
        <w:tc>
          <w:tcPr>
            <w:tcW w:type="dxa" w:w="5896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8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680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19"/>
              </w:rPr>
              <w:t>6</w:t>
            </w:r>
          </w:p>
        </w:tc>
        <w:tc>
          <w:tcPr>
            <w:tcW w:type="dxa" w:w="5896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88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pStyle w:val="Heading2"/>
      </w:pPr>
      <w:r>
        <w:t>5. 持ち帰りタスク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5669"/>
            <w:vAlign w:val="center"/>
            <w:shd w:val="clear" w:color="auto" w:fill="E8EEF7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19"/>
              </w:rPr>
              <w:t>タスク（何を、どこまで）</w:t>
            </w:r>
          </w:p>
        </w:tc>
        <w:tc>
          <w:tcPr>
            <w:tcW w:type="dxa" w:w="1361"/>
            <w:vAlign w:val="center"/>
            <w:shd w:val="clear" w:color="auto" w:fill="E8EEF7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19"/>
              </w:rPr>
              <w:t>担当</w:t>
            </w:r>
          </w:p>
        </w:tc>
        <w:tc>
          <w:tcPr>
            <w:tcW w:type="dxa" w:w="1587"/>
            <w:vAlign w:val="center"/>
            <w:shd w:val="clear" w:color="auto" w:fill="E8EEF7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19"/>
              </w:rPr>
              <w:t>期限</w:t>
            </w:r>
          </w:p>
        </w:tc>
        <w:tc>
          <w:tcPr>
            <w:tcW w:type="dxa" w:w="1247"/>
            <w:vAlign w:val="center"/>
            <w:shd w:val="clear" w:color="auto" w:fill="E8EEF7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/>
                <w:sz w:val="19"/>
              </w:rPr>
              <w:t>確認</w:t>
            </w:r>
          </w:p>
        </w:tc>
      </w:tr>
      <w:tr>
        <w:trPr>
          <w:trHeight w:val="567" w:hRule="atLeast"/>
        </w:trPr>
        <w:tc>
          <w:tcPr>
            <w:tcW w:type="dxa" w:w="566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566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566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566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566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5669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pStyle w:val="Heading2"/>
      </w:pPr>
      <w:r>
        <w:t>6. 次回の予定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</w:tblPr>
      <w:tblGrid>
        <w:gridCol w:w="4933"/>
        <w:gridCol w:w="4933"/>
      </w:tblGrid>
      <w:tr>
        <w:trPr>
          <w:trHeight w:val="567" w:hRule="atLeast"/>
        </w:trPr>
        <w:tc>
          <w:tcPr>
            <w:tcW w:type="dxa" w:w="2381"/>
            <w:vAlign w:val="center"/>
            <w:shd w:val="clear" w:color="auto" w:fill="F4F4F4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/>
                <w:sz w:val="20"/>
              </w:rPr>
              <w:t>日時</w:t>
            </w:r>
          </w:p>
        </w:tc>
        <w:tc>
          <w:tcPr>
            <w:tcW w:type="dxa" w:w="7483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2381"/>
            <w:vAlign w:val="center"/>
            <w:shd w:val="clear" w:color="auto" w:fill="F4F4F4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/>
                <w:sz w:val="20"/>
              </w:rPr>
              <w:t>主な議題</w:t>
            </w:r>
          </w:p>
        </w:tc>
        <w:tc>
          <w:tcPr>
            <w:tcW w:type="dxa" w:w="7483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rPr>
          <w:trHeight w:val="567" w:hRule="atLeast"/>
        </w:trPr>
        <w:tc>
          <w:tcPr>
            <w:tcW w:type="dxa" w:w="2381"/>
            <w:vAlign w:val="center"/>
            <w:shd w:val="clear" w:color="auto" w:fill="F4F4F4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/>
                <w:sz w:val="20"/>
              </w:rPr>
              <w:t>宿題（事前に用意するもの）</w:t>
            </w:r>
          </w:p>
        </w:tc>
        <w:tc>
          <w:tcPr>
            <w:tcW w:type="dxa" w:w="7483"/>
            <w:vAlign w:val="center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pStyle w:val="Heading2"/>
      </w:pPr>
      <w:r>
        <w:t>7. メモ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</w:tblPr>
      <w:tblGrid>
        <w:gridCol w:w="9866"/>
      </w:tblGrid>
      <w:tr>
        <w:trPr>
          <w:trHeight w:val="2948" w:hRule="atLeast"/>
        </w:trPr>
        <w:tc>
          <w:tcPr>
            <w:tcW w:type="dxa" w:w="9865"/>
            <w:vAlign w:val="top"/>
          </w:tcPr>
          <w:p>
            <w:pPr>
              <w:spacing w:before="40" w:after="40"/>
            </w:pPr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1F3B6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1F3B6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Yu Gothic" w:hAnsi="Yu Gothic" w:eastAsia="Yu Gothic"/>
      <w:b/>
      <w:bCs/>
      <w:color w:val="1F3B6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Yu Gothic" w:hAnsi="Yu Gothic" w:eastAsia="Yu Gothic"/>
      <w:b/>
      <w:color w:val="1F3B6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