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送付状テンプレート</w:t>
      </w:r>
    </w:p>
    <w:p>
      <w:pPr>
        <w:pStyle w:val="Heading1"/>
      </w:pPr>
      <w:r>
        <w:t>使い方</w:t>
      </w:r>
    </w:p>
    <w:p>
      <w:r>
        <w:t>1. 2ページ目の表に、発信日・宛先・差出人・件名・本文を上から順に打ち込みます。</w:t>
      </w:r>
    </w:p>
    <w:p>
      <w:r>
        <w:t>2. 「記」の下の送付物一覧に、品名・数量・備考を1行ずつ入れます。</w:t>
      </w:r>
    </w:p>
    <w:p>
      <w:r>
        <w:t>3. 返送や押印をお願いするときは「ご返送・ご確認のお願い」に、誰が・何を・いつまでに、を書きます。</w:t>
      </w:r>
    </w:p>
    <w:p/>
    <w:p>
      <w:r>
        <w:t>このテンプレートは自由に使ってかまいません。改変・再配布も可です。</w:t>
      </w:r>
    </w:p>
    <w:p>
      <w:r>
        <w:t>配布元: 副業ポートフォリオ https://satoru-log.jp</w:t>
      </w:r>
    </w:p>
    <w:p>
      <w:r>
        <w:br w:type="page"/>
      </w:r>
    </w:p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397"/>
        </w:trPr>
        <w:tc>
          <w:tcPr>
            <w:tcW w:type="dxa" w:w="7937"/>
            <w:shd w:val="clear" w:color="auto" w:fill="D9E2F3"/>
          </w:tcPr>
          <w:p>
            <w:r>
              <w:rPr>
                <w:b/>
              </w:rPr>
              <w:t>発信日</w:t>
            </w:r>
          </w:p>
        </w:tc>
        <w:tc>
          <w:tcPr>
            <w:tcW w:type="dxa" w:w="1928"/>
          </w:tcPr>
          <w:p/>
        </w:tc>
      </w:tr>
    </w:tbl>
    <w:p>
      <w:pPr>
        <w:pStyle w:val="Title"/>
        <w:jc w:val="center"/>
      </w:pPr>
      <w:r>
        <w:t>送 付 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rHeight w:val="454"/>
        </w:trPr>
        <w:tc>
          <w:tcPr>
            <w:tcW w:type="dxa" w:w="1247"/>
            <w:shd w:val="clear" w:color="auto" w:fill="D9E2F3"/>
          </w:tcPr>
          <w:p>
            <w:r>
              <w:rPr>
                <w:b/>
              </w:rPr>
              <w:t>宛先 会社名</w:t>
            </w:r>
          </w:p>
        </w:tc>
        <w:tc>
          <w:tcPr>
            <w:tcW w:type="dxa" w:w="3685"/>
          </w:tcPr>
          <w:p/>
        </w:tc>
        <w:tc>
          <w:tcPr>
            <w:tcW w:type="dxa" w:w="1247"/>
            <w:shd w:val="clear" w:color="auto" w:fill="D9E2F3"/>
          </w:tcPr>
          <w:p>
            <w:r>
              <w:rPr>
                <w:b/>
              </w:rPr>
              <w:t>差出人 会社名</w:t>
            </w:r>
          </w:p>
        </w:tc>
        <w:tc>
          <w:tcPr>
            <w:tcW w:type="dxa" w:w="3685"/>
          </w:tcPr>
          <w:p/>
        </w:tc>
      </w:tr>
      <w:tr>
        <w:trPr>
          <w:trHeight w:val="454"/>
        </w:trPr>
        <w:tc>
          <w:tcPr>
            <w:tcW w:type="dxa" w:w="1247"/>
            <w:shd w:val="clear" w:color="auto" w:fill="D9E2F3"/>
          </w:tcPr>
          <w:p>
            <w:r>
              <w:rPr>
                <w:b/>
              </w:rPr>
              <w:t>部署・お名前</w:t>
            </w:r>
          </w:p>
        </w:tc>
        <w:tc>
          <w:tcPr>
            <w:tcW w:type="dxa" w:w="3685"/>
          </w:tcPr>
          <w:p>
            <w:r>
              <w:t>様</w:t>
            </w:r>
          </w:p>
        </w:tc>
        <w:tc>
          <w:tcPr>
            <w:tcW w:type="dxa" w:w="1247"/>
            <w:shd w:val="clear" w:color="auto" w:fill="D9E2F3"/>
          </w:tcPr>
          <w:p>
            <w:r>
              <w:rPr>
                <w:b/>
              </w:rPr>
              <w:t>部署・氏名</w:t>
            </w:r>
          </w:p>
        </w:tc>
        <w:tc>
          <w:tcPr>
            <w:tcW w:type="dxa" w:w="3685"/>
          </w:tcPr>
          <w:p/>
        </w:tc>
      </w:tr>
      <w:tr>
        <w:trPr>
          <w:trHeight w:val="454"/>
        </w:trPr>
        <w:tc>
          <w:tcPr>
            <w:tcW w:type="dxa" w:w="1247"/>
            <w:shd w:val="clear" w:color="auto" w:fill="D9E2F3"/>
          </w:tcPr>
          <w:p>
            <w:r>
              <w:rPr>
                <w:b/>
              </w:rPr>
              <w:t>住所</w:t>
            </w:r>
          </w:p>
        </w:tc>
        <w:tc>
          <w:tcPr>
            <w:tcW w:type="dxa" w:w="3685"/>
          </w:tcPr>
          <w:p/>
        </w:tc>
        <w:tc>
          <w:tcPr>
            <w:tcW w:type="dxa" w:w="1247"/>
            <w:shd w:val="clear" w:color="auto" w:fill="D9E2F3"/>
          </w:tcPr>
          <w:p>
            <w:r>
              <w:rPr>
                <w:b/>
              </w:rPr>
              <w:t>住所</w:t>
            </w:r>
          </w:p>
        </w:tc>
        <w:tc>
          <w:tcPr>
            <w:tcW w:type="dxa" w:w="3685"/>
          </w:tcPr>
          <w:p/>
        </w:tc>
      </w:tr>
      <w:tr>
        <w:trPr>
          <w:trHeight w:val="454"/>
        </w:trPr>
        <w:tc>
          <w:tcPr>
            <w:tcW w:type="dxa" w:w="1247"/>
            <w:shd w:val="clear" w:color="auto" w:fill="D9E2F3"/>
          </w:tcPr>
          <w:p>
            <w:r>
              <w:rPr>
                <w:b/>
              </w:rPr>
              <w:t>電話番号</w:t>
            </w:r>
          </w:p>
        </w:tc>
        <w:tc>
          <w:tcPr>
            <w:tcW w:type="dxa" w:w="3685"/>
          </w:tcPr>
          <w:p/>
        </w:tc>
        <w:tc>
          <w:tcPr>
            <w:tcW w:type="dxa" w:w="1247"/>
            <w:shd w:val="clear" w:color="auto" w:fill="D9E2F3"/>
          </w:tcPr>
          <w:p>
            <w:r>
              <w:rPr>
                <w:b/>
              </w:rPr>
              <w:t>電話・メール</w:t>
            </w:r>
          </w:p>
        </w:tc>
        <w:tc>
          <w:tcPr>
            <w:tcW w:type="dxa" w:w="3685"/>
          </w:tcPr>
          <w:p/>
        </w:tc>
      </w:tr>
    </w:tbl>
    <w:p>
      <w:pPr>
        <w:pStyle w:val="Heading2"/>
      </w:pPr>
      <w:r>
        <w:t>件名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rHeight w:val="454"/>
        </w:trPr>
        <w:tc>
          <w:tcPr>
            <w:tcW w:type="dxa" w:w="9865"/>
          </w:tcPr>
          <w:p/>
        </w:tc>
      </w:tr>
    </w:tbl>
    <w:p>
      <w:pPr>
        <w:pStyle w:val="Heading2"/>
      </w:pPr>
      <w:r>
        <w:t>本文（頭語・時候の挨拶・要件）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rHeight w:val="1814"/>
        </w:trPr>
        <w:tc>
          <w:tcPr>
            <w:tcW w:type="dxa" w:w="9865"/>
          </w:tcPr>
          <w:p/>
        </w:tc>
      </w:tr>
    </w:tbl>
    <w:p>
      <w:pPr>
        <w:jc w:val="center"/>
      </w:pPr>
      <w:r>
        <w:rPr>
          <w:b/>
        </w:rPr>
        <w:t>記</w:t>
      </w:r>
    </w:p>
    <w:p>
      <w:pPr>
        <w:pStyle w:val="Heading2"/>
      </w:pPr>
      <w:r>
        <w:t>送付物一覧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680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No.</w:t>
            </w:r>
          </w:p>
        </w:tc>
        <w:tc>
          <w:tcPr>
            <w:tcW w:type="dxa" w:w="4422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品名</w:t>
            </w:r>
          </w:p>
        </w:tc>
        <w:tc>
          <w:tcPr>
            <w:tcW w:type="dxa" w:w="1701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数量</w:t>
            </w:r>
          </w:p>
        </w:tc>
        <w:tc>
          <w:tcPr>
            <w:tcW w:type="dxa" w:w="3061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備考</w:t>
            </w:r>
          </w:p>
        </w:tc>
      </w:tr>
      <w:tr>
        <w:trPr>
          <w:trHeight w:val="454"/>
        </w:trPr>
        <w:tc>
          <w:tcPr>
            <w:tcW w:type="dxa" w:w="68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4422"/>
          </w:tcPr>
          <w:p/>
        </w:tc>
        <w:tc>
          <w:tcPr>
            <w:tcW w:type="dxa" w:w="1701"/>
          </w:tcPr>
          <w:p/>
        </w:tc>
        <w:tc>
          <w:tcPr>
            <w:tcW w:type="dxa" w:w="3061"/>
          </w:tcPr>
          <w:p/>
        </w:tc>
      </w:tr>
      <w:tr>
        <w:trPr>
          <w:trHeight w:val="454"/>
        </w:trPr>
        <w:tc>
          <w:tcPr>
            <w:tcW w:type="dxa" w:w="68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4422"/>
          </w:tcPr>
          <w:p/>
        </w:tc>
        <w:tc>
          <w:tcPr>
            <w:tcW w:type="dxa" w:w="1701"/>
          </w:tcPr>
          <w:p/>
        </w:tc>
        <w:tc>
          <w:tcPr>
            <w:tcW w:type="dxa" w:w="3061"/>
          </w:tcPr>
          <w:p/>
        </w:tc>
      </w:tr>
      <w:tr>
        <w:trPr>
          <w:trHeight w:val="454"/>
        </w:trPr>
        <w:tc>
          <w:tcPr>
            <w:tcW w:type="dxa" w:w="68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4422"/>
          </w:tcPr>
          <w:p/>
        </w:tc>
        <w:tc>
          <w:tcPr>
            <w:tcW w:type="dxa" w:w="1701"/>
          </w:tcPr>
          <w:p/>
        </w:tc>
        <w:tc>
          <w:tcPr>
            <w:tcW w:type="dxa" w:w="3061"/>
          </w:tcPr>
          <w:p/>
        </w:tc>
      </w:tr>
      <w:tr>
        <w:trPr>
          <w:trHeight w:val="454"/>
        </w:trPr>
        <w:tc>
          <w:tcPr>
            <w:tcW w:type="dxa" w:w="68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4422"/>
          </w:tcPr>
          <w:p/>
        </w:tc>
        <w:tc>
          <w:tcPr>
            <w:tcW w:type="dxa" w:w="1701"/>
          </w:tcPr>
          <w:p/>
        </w:tc>
        <w:tc>
          <w:tcPr>
            <w:tcW w:type="dxa" w:w="3061"/>
          </w:tcPr>
          <w:p/>
        </w:tc>
      </w:tr>
      <w:tr>
        <w:trPr>
          <w:trHeight w:val="454"/>
        </w:trPr>
        <w:tc>
          <w:tcPr>
            <w:tcW w:type="dxa" w:w="680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4422"/>
          </w:tcPr>
          <w:p/>
        </w:tc>
        <w:tc>
          <w:tcPr>
            <w:tcW w:type="dxa" w:w="1701"/>
          </w:tcPr>
          <w:p/>
        </w:tc>
        <w:tc>
          <w:tcPr>
            <w:tcW w:type="dxa" w:w="3061"/>
          </w:tcPr>
          <w:p/>
        </w:tc>
      </w:tr>
      <w:tr>
        <w:trPr>
          <w:trHeight w:val="454"/>
        </w:trPr>
        <w:tc>
          <w:tcPr>
            <w:tcW w:type="dxa" w:w="680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4422"/>
          </w:tcPr>
          <w:p/>
        </w:tc>
        <w:tc>
          <w:tcPr>
            <w:tcW w:type="dxa" w:w="1701"/>
          </w:tcPr>
          <w:p/>
        </w:tc>
        <w:tc>
          <w:tcPr>
            <w:tcW w:type="dxa" w:w="3061"/>
          </w:tcPr>
          <w:p/>
        </w:tc>
      </w:tr>
    </w:tbl>
    <w:p>
      <w:pPr>
        <w:jc w:val="right"/>
      </w:pPr>
      <w:r>
        <w:t>以上</w:t>
      </w:r>
    </w:p>
    <w:p>
      <w:pPr>
        <w:pStyle w:val="Heading2"/>
      </w:pPr>
      <w:r>
        <w:t>ご返送・ご確認のお願い（誰が・何を・いつまで）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680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No.</w:t>
            </w:r>
          </w:p>
        </w:tc>
        <w:tc>
          <w:tcPr>
            <w:tcW w:type="dxa" w:w="5102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お願いする内容</w:t>
            </w:r>
          </w:p>
        </w:tc>
        <w:tc>
          <w:tcPr>
            <w:tcW w:type="dxa" w:w="2268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ご担当</w:t>
            </w:r>
          </w:p>
        </w:tc>
        <w:tc>
          <w:tcPr>
            <w:tcW w:type="dxa" w:w="1814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ご期限</w:t>
            </w:r>
          </w:p>
        </w:tc>
      </w:tr>
      <w:tr>
        <w:trPr>
          <w:trHeight w:val="454"/>
        </w:trPr>
        <w:tc>
          <w:tcPr>
            <w:tcW w:type="dxa" w:w="68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102"/>
          </w:tcPr>
          <w:p/>
        </w:tc>
        <w:tc>
          <w:tcPr>
            <w:tcW w:type="dxa" w:w="2268"/>
          </w:tcPr>
          <w:p/>
        </w:tc>
        <w:tc>
          <w:tcPr>
            <w:tcW w:type="dxa" w:w="1814"/>
          </w:tcPr>
          <w:p/>
        </w:tc>
      </w:tr>
      <w:tr>
        <w:trPr>
          <w:trHeight w:val="454"/>
        </w:trPr>
        <w:tc>
          <w:tcPr>
            <w:tcW w:type="dxa" w:w="68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102"/>
          </w:tcPr>
          <w:p/>
        </w:tc>
        <w:tc>
          <w:tcPr>
            <w:tcW w:type="dxa" w:w="2268"/>
          </w:tcPr>
          <w:p/>
        </w:tc>
        <w:tc>
          <w:tcPr>
            <w:tcW w:type="dxa" w:w="1814"/>
          </w:tcPr>
          <w:p/>
        </w:tc>
      </w:tr>
      <w:tr>
        <w:trPr>
          <w:trHeight w:val="454"/>
        </w:trPr>
        <w:tc>
          <w:tcPr>
            <w:tcW w:type="dxa" w:w="68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102"/>
          </w:tcPr>
          <w:p/>
        </w:tc>
        <w:tc>
          <w:tcPr>
            <w:tcW w:type="dxa" w:w="2268"/>
          </w:tcPr>
          <w:p/>
        </w:tc>
        <w:tc>
          <w:tcPr>
            <w:tcW w:type="dxa" w:w="1814"/>
          </w:tcPr>
          <w:p/>
        </w:tc>
      </w:tr>
    </w:tbl>
    <w:p>
      <w:pPr>
        <w:pStyle w:val="Heading2"/>
      </w:pPr>
      <w:r>
        <w:t>備考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rHeight w:val="794"/>
        </w:trPr>
        <w:tc>
          <w:tcPr>
            <w:tcW w:type="dxa" w:w="9865"/>
          </w:tcPr>
          <w:p/>
        </w:tc>
      </w:tr>
    </w:tbl>
    <w:p>
      <w:pPr>
        <w:jc w:val="right"/>
      </w:pPr>
      <w:r>
        <w:rPr>
          <w:color w:val="808080"/>
          <w:sz w:val="14"/>
        </w:rPr>
        <w:t>このテンプレートは自由に使ってかまいません。改変・再配布も可です。 配布元: 副業ポートフォリオ https://satoru-log.jp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/>
    </w:pPr>
    <w:rPr>
      <w:rFonts w:ascii="游ゴシック" w:hAnsi="游ゴシック" w:eastAsia="游ゴシック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40"/>
      <w:outlineLvl w:val="0"/>
    </w:pPr>
    <w:rPr>
      <w:rFonts w:asciiTheme="majorHAnsi" w:eastAsiaTheme="majorEastAsia" w:hAnsiTheme="majorHAnsi" w:cstheme="majorBidi" w:ascii="游ゴシック" w:hAnsi="游ゴシック" w:eastAsia="游ゴシック"/>
      <w:b/>
      <w:bCs/>
      <w:color w:val="1F386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40"/>
      <w:outlineLvl w:val="1"/>
    </w:pPr>
    <w:rPr>
      <w:rFonts w:asciiTheme="majorHAnsi" w:eastAsiaTheme="majorEastAsia" w:hAnsiTheme="majorHAnsi" w:cstheme="majorBidi" w:ascii="游ゴシック" w:hAnsi="游ゴシック" w:eastAsia="游ゴシック"/>
      <w:b/>
      <w:bCs/>
      <w:color w:val="1F3864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游ゴシック" w:hAnsi="游ゴシック" w:eastAsia="游ゴシック"/>
      <w:b/>
      <w:color w:val="1F3864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