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議事録テンプレート</w:t>
      </w:r>
    </w:p>
    <w:p>
      <w:pPr>
        <w:pStyle w:val="Heading1"/>
      </w:pPr>
      <w:r>
        <w:t>使い方</w:t>
      </w:r>
    </w:p>
    <w:p>
      <w:r>
        <w:t>1. 会議の前に「会議情報」と「議題」だけ埋めておきます。</w:t>
      </w:r>
    </w:p>
    <w:p>
      <w:r>
        <w:t>2. 会議中は「決定事項」と「宿題」の表だけをその場で書きます。</w:t>
      </w:r>
    </w:p>
    <w:p>
      <w:r>
        <w:t>3. 会議後はこのファイルをそのまま共有すれば議事録になります。</w:t>
      </w:r>
    </w:p>
    <w:p>
      <w:r>
        <w:rPr>
          <w:color w:val="606060"/>
          <w:sz w:val="18"/>
        </w:rPr>
        <w:t>このテンプレートは自由に使ってかまいません。改変・再配布も可です。</w:t>
        <w:br/>
        <w:t>配布元: 副業ポートフォリオ https://satoru-log.jp</w:t>
      </w:r>
    </w:p>
    <w:p>
      <w:r>
        <w:br w:type="page"/>
      </w:r>
    </w:p>
    <w:p>
      <w:pPr>
        <w:pStyle w:val="Heading1"/>
      </w:pPr>
      <w:r>
        <w:t>議事録</w:t>
      </w:r>
    </w:p>
    <w:p>
      <w:pPr>
        <w:pStyle w:val="Heading2"/>
      </w:pPr>
      <w:r>
        <w:t>会議情報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84"/>
          </w:tcPr>
          <w:p>
            <w:r>
              <w:rPr>
                <w:b/>
              </w:rPr>
              <w:t>会議名</w:t>
            </w:r>
          </w:p>
        </w:tc>
        <w:tc>
          <w:tcPr>
            <w:tcW w:type="dxa" w:w="7654"/>
          </w:tcPr>
          <w:p/>
        </w:tc>
      </w:tr>
      <w:tr>
        <w:tc>
          <w:tcPr>
            <w:tcW w:type="dxa" w:w="1984"/>
          </w:tcPr>
          <w:p>
            <w:r>
              <w:rPr>
                <w:b/>
              </w:rPr>
              <w:t>日時</w:t>
            </w:r>
          </w:p>
        </w:tc>
        <w:tc>
          <w:tcPr>
            <w:tcW w:type="dxa" w:w="7654"/>
          </w:tcPr>
          <w:p/>
        </w:tc>
      </w:tr>
      <w:tr>
        <w:tc>
          <w:tcPr>
            <w:tcW w:type="dxa" w:w="1984"/>
          </w:tcPr>
          <w:p>
            <w:r>
              <w:rPr>
                <w:b/>
              </w:rPr>
              <w:t>場所 / URL</w:t>
            </w:r>
          </w:p>
        </w:tc>
        <w:tc>
          <w:tcPr>
            <w:tcW w:type="dxa" w:w="7654"/>
          </w:tcPr>
          <w:p/>
        </w:tc>
      </w:tr>
      <w:tr>
        <w:tc>
          <w:tcPr>
            <w:tcW w:type="dxa" w:w="1984"/>
          </w:tcPr>
          <w:p>
            <w:r>
              <w:rPr>
                <w:b/>
              </w:rPr>
              <w:t>参加者</w:t>
            </w:r>
          </w:p>
        </w:tc>
        <w:tc>
          <w:tcPr>
            <w:tcW w:type="dxa" w:w="7654"/>
          </w:tcPr>
          <w:p/>
        </w:tc>
      </w:tr>
      <w:tr>
        <w:tc>
          <w:tcPr>
            <w:tcW w:type="dxa" w:w="1984"/>
          </w:tcPr>
          <w:p>
            <w:r>
              <w:rPr>
                <w:b/>
              </w:rPr>
              <w:t>欠席者</w:t>
            </w:r>
          </w:p>
        </w:tc>
        <w:tc>
          <w:tcPr>
            <w:tcW w:type="dxa" w:w="7654"/>
          </w:tcPr>
          <w:p/>
        </w:tc>
      </w:tr>
      <w:tr>
        <w:tc>
          <w:tcPr>
            <w:tcW w:type="dxa" w:w="1984"/>
          </w:tcPr>
          <w:p>
            <w:r>
              <w:rPr>
                <w:b/>
              </w:rPr>
              <w:t>記録者</w:t>
            </w:r>
          </w:p>
        </w:tc>
        <w:tc>
          <w:tcPr>
            <w:tcW w:type="dxa" w:w="7654"/>
          </w:tcPr>
          <w:p/>
        </w:tc>
      </w:tr>
    </w:tbl>
    <w:p>
      <w:pPr>
        <w:pStyle w:val="Heading2"/>
      </w:pPr>
      <w:r>
        <w:t>議題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No</w:t>
            </w:r>
          </w:p>
        </w:tc>
        <w:tc>
          <w:tcPr>
            <w:tcW w:type="dxa" w:w="8787"/>
          </w:tcPr>
          <w:p>
            <w:pPr>
              <w:jc w:val="center"/>
            </w:pPr>
            <w:r>
              <w:rPr>
                <w:b/>
              </w:rPr>
              <w:t>議題</w:t>
            </w:r>
          </w:p>
        </w:tc>
      </w:tr>
      <w:tr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8787"/>
          </w:tcPr>
          <w:p/>
        </w:tc>
      </w:tr>
      <w:tr>
        <w:tc>
          <w:tcPr>
            <w:tcW w:type="dxa" w:w="850"/>
          </w:tcPr>
          <w:p>
            <w:r>
              <w:t>2</w:t>
            </w:r>
          </w:p>
        </w:tc>
        <w:tc>
          <w:tcPr>
            <w:tcW w:type="dxa" w:w="8787"/>
          </w:tcPr>
          <w:p/>
        </w:tc>
      </w:tr>
      <w:tr>
        <w:tc>
          <w:tcPr>
            <w:tcW w:type="dxa" w:w="850"/>
          </w:tcPr>
          <w:p>
            <w:r>
              <w:t>3</w:t>
            </w:r>
          </w:p>
        </w:tc>
        <w:tc>
          <w:tcPr>
            <w:tcW w:type="dxa" w:w="8787"/>
          </w:tcPr>
          <w:p/>
        </w:tc>
      </w:tr>
    </w:tbl>
    <w:p>
      <w:pPr>
        <w:pStyle w:val="Heading2"/>
      </w:pPr>
      <w:r>
        <w:t>決定事項</w:t>
      </w:r>
    </w:p>
    <w:p>
      <w:r>
        <w:t>「誰が読んでも同じ意味になる一文」で書きます。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No</w:t>
            </w:r>
          </w:p>
        </w:tc>
        <w:tc>
          <w:tcPr>
            <w:tcW w:type="dxa" w:w="8787"/>
          </w:tcPr>
          <w:p>
            <w:pPr>
              <w:jc w:val="center"/>
            </w:pPr>
            <w:r>
              <w:rPr>
                <w:b/>
              </w:rPr>
              <w:t>決定した内容</w:t>
            </w:r>
          </w:p>
        </w:tc>
      </w:tr>
      <w:tr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8787"/>
          </w:tcPr>
          <w:p/>
        </w:tc>
      </w:tr>
      <w:tr>
        <w:tc>
          <w:tcPr>
            <w:tcW w:type="dxa" w:w="850"/>
          </w:tcPr>
          <w:p>
            <w:r>
              <w:t>2</w:t>
            </w:r>
          </w:p>
        </w:tc>
        <w:tc>
          <w:tcPr>
            <w:tcW w:type="dxa" w:w="8787"/>
          </w:tcPr>
          <w:p/>
        </w:tc>
      </w:tr>
      <w:tr>
        <w:tc>
          <w:tcPr>
            <w:tcW w:type="dxa" w:w="850"/>
          </w:tcPr>
          <w:p>
            <w:r>
              <w:t>3</w:t>
            </w:r>
          </w:p>
        </w:tc>
        <w:tc>
          <w:tcPr>
            <w:tcW w:type="dxa" w:w="8787"/>
          </w:tcPr>
          <w:p/>
        </w:tc>
      </w:tr>
      <w:tr>
        <w:tc>
          <w:tcPr>
            <w:tcW w:type="dxa" w:w="850"/>
          </w:tcPr>
          <w:p>
            <w:r>
              <w:t>4</w:t>
            </w:r>
          </w:p>
        </w:tc>
        <w:tc>
          <w:tcPr>
            <w:tcW w:type="dxa" w:w="8787"/>
          </w:tcPr>
          <w:p/>
        </w:tc>
      </w:tr>
      <w:tr>
        <w:tc>
          <w:tcPr>
            <w:tcW w:type="dxa" w:w="850"/>
          </w:tcPr>
          <w:p>
            <w:r>
              <w:t>5</w:t>
            </w:r>
          </w:p>
        </w:tc>
        <w:tc>
          <w:tcPr>
            <w:tcW w:type="dxa" w:w="8787"/>
          </w:tcPr>
          <w:p/>
        </w:tc>
      </w:tr>
    </w:tbl>
    <w:p>
      <w:pPr>
        <w:pStyle w:val="Heading2"/>
      </w:pPr>
      <w:r>
        <w:t>宿題(次回までにやること)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850"/>
          </w:tcPr>
          <w:p>
            <w:pPr>
              <w:jc w:val="center"/>
            </w:pPr>
            <w:r>
              <w:rPr>
                <w:b/>
              </w:rPr>
              <w:t>No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</w:rPr>
              <w:t>やること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</w:rPr>
              <w:t>担当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</w:rPr>
              <w:t>期限</w:t>
            </w:r>
          </w:p>
        </w:tc>
      </w:tr>
      <w:tr>
        <w:tc>
          <w:tcPr>
            <w:tcW w:type="dxa" w:w="850"/>
          </w:tcPr>
          <w:p>
            <w:r>
              <w:t>1</w:t>
            </w:r>
          </w:p>
        </w:tc>
        <w:tc>
          <w:tcPr>
            <w:tcW w:type="dxa" w:w="538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850"/>
          </w:tcPr>
          <w:p>
            <w:r>
              <w:t>2</w:t>
            </w:r>
          </w:p>
        </w:tc>
        <w:tc>
          <w:tcPr>
            <w:tcW w:type="dxa" w:w="538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850"/>
          </w:tcPr>
          <w:p>
            <w:r>
              <w:t>3</w:t>
            </w:r>
          </w:p>
        </w:tc>
        <w:tc>
          <w:tcPr>
            <w:tcW w:type="dxa" w:w="538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850"/>
          </w:tcPr>
          <w:p>
            <w:r>
              <w:t>4</w:t>
            </w:r>
          </w:p>
        </w:tc>
        <w:tc>
          <w:tcPr>
            <w:tcW w:type="dxa" w:w="538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850"/>
          </w:tcPr>
          <w:p>
            <w:r>
              <w:t>5</w:t>
            </w:r>
          </w:p>
        </w:tc>
        <w:tc>
          <w:tcPr>
            <w:tcW w:type="dxa" w:w="538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pStyle w:val="Heading2"/>
      </w:pPr>
      <w:r>
        <w:t>次回予定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84"/>
          </w:tcPr>
          <w:p>
            <w:r>
              <w:rPr>
                <w:b/>
              </w:rPr>
              <w:t>日時</w:t>
            </w:r>
          </w:p>
        </w:tc>
        <w:tc>
          <w:tcPr>
            <w:tcW w:type="dxa" w:w="7654"/>
          </w:tcPr>
          <w:p/>
        </w:tc>
      </w:tr>
      <w:tr>
        <w:tc>
          <w:tcPr>
            <w:tcW w:type="dxa" w:w="1984"/>
          </w:tcPr>
          <w:p>
            <w:r>
              <w:rPr>
                <w:b/>
              </w:rPr>
              <w:t>場所 / URL</w:t>
            </w:r>
          </w:p>
        </w:tc>
        <w:tc>
          <w:tcPr>
            <w:tcW w:type="dxa" w:w="7654"/>
          </w:tcPr>
          <w:p/>
        </w:tc>
      </w:tr>
      <w:tr>
        <w:tc>
          <w:tcPr>
            <w:tcW w:type="dxa" w:w="1984"/>
          </w:tcPr>
          <w:p>
            <w:r>
              <w:rPr>
                <w:b/>
              </w:rPr>
              <w:t>主な議題</w:t>
            </w:r>
          </w:p>
        </w:tc>
        <w:tc>
          <w:tcPr>
            <w:tcW w:type="dxa" w:w="7654"/>
          </w:tcPr>
          <w:p/>
        </w:tc>
      </w:tr>
    </w:tbl>
    <w:p/>
    <w:p>
      <w:r>
        <w:rPr>
          <w:color w:val="606060"/>
          <w:sz w:val="18"/>
        </w:rPr>
        <w:t>このテンプレートは自由に使ってかまいません。改変・再配布も可です。</w:t>
        <w:br/>
        <w:t>配布元: 副業ポートフォリオ https://satoru-log.jp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