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引き継ぎ書テンプレート</w:t>
      </w:r>
    </w:p>
    <w:p>
      <w:r>
        <w:rPr>
          <w:rFonts w:ascii="Yu Gothic" w:hAnsi="Yu Gothic" w:eastAsia="Yu Gothic"/>
          <w:b w:val="0"/>
          <w:sz w:val="20"/>
        </w:rPr>
        <w:t>A4縦・Word／担当業務の全体像・手順・関係者・進捗を1冊にまとめる様式</w:t>
      </w:r>
    </w:p>
    <w:p>
      <w:pPr>
        <w:pStyle w:val="Heading1"/>
      </w:pPr>
      <w:r>
        <w:t>使い方</w:t>
      </w:r>
    </w:p>
    <w:p>
      <w:r>
        <w:rPr>
          <w:rFonts w:ascii="Yu Gothic" w:hAnsi="Yu Gothic" w:eastAsia="Yu Gothic"/>
          <w:b w:val="0"/>
          <w:sz w:val="21"/>
        </w:rPr>
        <w:t>1. 色のついた見出し行はそのままにして、白いセルを上から順に埋めます。</w:t>
      </w:r>
    </w:p>
    <w:p>
      <w:r>
        <w:rPr>
          <w:rFonts w:ascii="Yu Gothic" w:hAnsi="Yu Gothic" w:eastAsia="Yu Gothic"/>
          <w:b w:val="0"/>
          <w:sz w:val="21"/>
        </w:rPr>
        <w:t>2. 行が足りないときは表の右下のセルで Tab キー、業務が増えるときは「2. 業務ごとの手順」をページごとコピーします。</w:t>
      </w:r>
    </w:p>
    <w:p>
      <w:r>
        <w:rPr>
          <w:rFonts w:ascii="Yu Gothic" w:hAnsi="Yu Gothic" w:eastAsia="Yu Gothic"/>
          <w:b w:val="0"/>
          <w:sz w:val="21"/>
        </w:rPr>
        <w:t>3. 「進捗率(%)」の欄を更新していくと、引き継ぎがどこまで進んだかがひと目で分かります。</w:t>
      </w:r>
    </w:p>
    <w:p>
      <w:pPr>
        <w:pStyle w:val="Heading2"/>
      </w:pPr>
      <w:r>
        <w:t>収録内容</w:t>
      </w: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680"/>
        <w:gridCol w:w="4082"/>
        <w:gridCol w:w="5102"/>
      </w:tblGrid>
      <w:tr>
        <w:trPr>
          <w:trHeight w:val="454" w:hRule="atLeast"/>
          <w:tblHeader w:val="true"/>
        </w:trPr>
        <w:tc>
          <w:tcPr>
            <w:tcW w:type="dxa" w:w="680"/>
            <w:shd w:val="clear" w:color="auto" w:fill="DCE6F1"/>
            <w:vAlign w:val="center"/>
          </w:tcPr>
          <w:p>
            <w:pPr>
              <w:spacing w:before="40" w:after="40"/>
              <w:jc w:val="center"/>
            </w:pPr>
            <w:r>
              <w:rPr>
                <w:rFonts w:ascii="Yu Gothic" w:hAnsi="Yu Gothic" w:eastAsia="Yu Gothic"/>
                <w:b/>
                <w:sz w:val="17"/>
              </w:rPr>
              <w:t>章</w:t>
            </w:r>
          </w:p>
        </w:tc>
        <w:tc>
          <w:tcPr>
            <w:tcW w:type="dxa" w:w="4082"/>
            <w:shd w:val="clear" w:color="auto" w:fill="DCE6F1"/>
            <w:vAlign w:val="center"/>
          </w:tcPr>
          <w:p>
            <w:pPr>
              <w:spacing w:before="40" w:after="40"/>
              <w:jc w:val="center"/>
            </w:pPr>
            <w:r>
              <w:rPr>
                <w:rFonts w:ascii="Yu Gothic" w:hAnsi="Yu Gothic" w:eastAsia="Yu Gothic"/>
                <w:b/>
                <w:sz w:val="17"/>
              </w:rPr>
              <w:t>書くこと</w:t>
            </w:r>
          </w:p>
        </w:tc>
        <w:tc>
          <w:tcPr>
            <w:tcW w:type="dxa" w:w="5102"/>
            <w:shd w:val="clear" w:color="auto" w:fill="DCE6F1"/>
            <w:vAlign w:val="center"/>
          </w:tcPr>
          <w:p>
            <w:pPr>
              <w:spacing w:before="40" w:after="40"/>
              <w:jc w:val="center"/>
            </w:pPr>
            <w:r>
              <w:rPr>
                <w:rFonts w:ascii="Yu Gothic" w:hAnsi="Yu Gothic" w:eastAsia="Yu Gothic"/>
                <w:b/>
                <w:sz w:val="17"/>
              </w:rPr>
              <w:t>記入の目安</w:t>
            </w:r>
          </w:p>
        </w:tc>
      </w:tr>
      <w:tr>
        <w:trPr>
          <w:trHeight w:val="397" w:hRule="atLeast"/>
        </w:trPr>
        <w:tc>
          <w:tcPr>
            <w:tcW w:type="dxa" w:w="680"/>
            <w:vAlign w:val="center"/>
          </w:tcPr>
          <w:p>
            <w:pPr>
              <w:spacing w:before="40" w:after="40"/>
            </w:pPr>
            <w:r>
              <w:rPr>
                <w:rFonts w:ascii="Yu Gothic" w:hAnsi="Yu Gothic" w:eastAsia="Yu Gothic"/>
                <w:b w:val="0"/>
                <w:sz w:val="18"/>
              </w:rPr>
              <w:t>1</w:t>
            </w:r>
          </w:p>
        </w:tc>
        <w:tc>
          <w:tcPr>
            <w:tcW w:type="dxa" w:w="4082"/>
            <w:vAlign w:val="center"/>
          </w:tcPr>
          <w:p>
            <w:pPr>
              <w:spacing w:before="40" w:after="40"/>
            </w:pPr>
            <w:r>
              <w:rPr>
                <w:rFonts w:ascii="Yu Gothic" w:hAnsi="Yu Gothic" w:eastAsia="Yu Gothic"/>
                <w:b w:val="0"/>
                <w:sz w:val="18"/>
              </w:rPr>
              <w:t>引き継ぎ業務一覧（進捗率つき）</w:t>
            </w:r>
          </w:p>
        </w:tc>
        <w:tc>
          <w:tcPr>
            <w:tcW w:type="dxa" w:w="5102"/>
            <w:vAlign w:val="center"/>
          </w:tcPr>
          <w:p>
            <w:pPr>
              <w:spacing w:before="40" w:after="40"/>
            </w:pPr>
            <w:r>
              <w:rPr>
                <w:rFonts w:ascii="Yu Gothic" w:hAnsi="Yu Gothic" w:eastAsia="Yu Gothic"/>
                <w:b w:val="0"/>
                <w:sz w:val="18"/>
              </w:rPr>
              <w:t>担当している業務をまず全部書き出す</w:t>
            </w:r>
          </w:p>
        </w:tc>
      </w:tr>
      <w:tr>
        <w:trPr>
          <w:trHeight w:val="397" w:hRule="atLeast"/>
        </w:trPr>
        <w:tc>
          <w:tcPr>
            <w:tcW w:type="dxa" w:w="680"/>
            <w:vAlign w:val="center"/>
          </w:tcPr>
          <w:p>
            <w:pPr>
              <w:spacing w:before="40" w:after="40"/>
            </w:pPr>
            <w:r>
              <w:rPr>
                <w:rFonts w:ascii="Yu Gothic" w:hAnsi="Yu Gothic" w:eastAsia="Yu Gothic"/>
                <w:b w:val="0"/>
                <w:sz w:val="18"/>
              </w:rPr>
              <w:t>2</w:t>
            </w:r>
          </w:p>
        </w:tc>
        <w:tc>
          <w:tcPr>
            <w:tcW w:type="dxa" w:w="4082"/>
            <w:vAlign w:val="center"/>
          </w:tcPr>
          <w:p>
            <w:pPr>
              <w:spacing w:before="40" w:after="40"/>
            </w:pPr>
            <w:r>
              <w:rPr>
                <w:rFonts w:ascii="Yu Gothic" w:hAnsi="Yu Gothic" w:eastAsia="Yu Gothic"/>
                <w:b w:val="0"/>
                <w:sz w:val="18"/>
              </w:rPr>
              <w:t>業務ごとの手順</w:t>
            </w:r>
          </w:p>
        </w:tc>
        <w:tc>
          <w:tcPr>
            <w:tcW w:type="dxa" w:w="5102"/>
            <w:vAlign w:val="center"/>
          </w:tcPr>
          <w:p>
            <w:pPr>
              <w:spacing w:before="40" w:after="40"/>
            </w:pPr>
            <w:r>
              <w:rPr>
                <w:rFonts w:ascii="Yu Gothic" w:hAnsi="Yu Gothic" w:eastAsia="Yu Gothic"/>
                <w:b w:val="0"/>
                <w:sz w:val="18"/>
              </w:rPr>
              <w:t>1業務につき1ページ。重要度の高いものから</w:t>
            </w:r>
          </w:p>
        </w:tc>
      </w:tr>
      <w:tr>
        <w:trPr>
          <w:trHeight w:val="397" w:hRule="atLeast"/>
        </w:trPr>
        <w:tc>
          <w:tcPr>
            <w:tcW w:type="dxa" w:w="680"/>
            <w:vAlign w:val="center"/>
          </w:tcPr>
          <w:p>
            <w:pPr>
              <w:spacing w:before="40" w:after="40"/>
            </w:pPr>
            <w:r>
              <w:rPr>
                <w:rFonts w:ascii="Yu Gothic" w:hAnsi="Yu Gothic" w:eastAsia="Yu Gothic"/>
                <w:b w:val="0"/>
                <w:sz w:val="18"/>
              </w:rPr>
              <w:t>3</w:t>
            </w:r>
          </w:p>
        </w:tc>
        <w:tc>
          <w:tcPr>
            <w:tcW w:type="dxa" w:w="4082"/>
            <w:vAlign w:val="center"/>
          </w:tcPr>
          <w:p>
            <w:pPr>
              <w:spacing w:before="40" w:after="40"/>
            </w:pPr>
            <w:r>
              <w:rPr>
                <w:rFonts w:ascii="Yu Gothic" w:hAnsi="Yu Gothic" w:eastAsia="Yu Gothic"/>
                <w:b w:val="0"/>
                <w:sz w:val="18"/>
              </w:rPr>
              <w:t>関係者・連絡先</w:t>
            </w:r>
          </w:p>
        </w:tc>
        <w:tc>
          <w:tcPr>
            <w:tcW w:type="dxa" w:w="5102"/>
            <w:vAlign w:val="center"/>
          </w:tcPr>
          <w:p>
            <w:pPr>
              <w:spacing w:before="40" w:after="40"/>
            </w:pPr>
            <w:r>
              <w:rPr>
                <w:rFonts w:ascii="Yu Gothic" w:hAnsi="Yu Gothic" w:eastAsia="Yu Gothic"/>
                <w:b w:val="0"/>
                <w:sz w:val="18"/>
              </w:rPr>
              <w:t>社内・社外でやり取りする相手</w:t>
            </w:r>
          </w:p>
        </w:tc>
      </w:tr>
      <w:tr>
        <w:trPr>
          <w:trHeight w:val="397" w:hRule="atLeast"/>
        </w:trPr>
        <w:tc>
          <w:tcPr>
            <w:tcW w:type="dxa" w:w="680"/>
            <w:vAlign w:val="center"/>
          </w:tcPr>
          <w:p>
            <w:pPr>
              <w:spacing w:before="40" w:after="40"/>
            </w:pPr>
            <w:r>
              <w:rPr>
                <w:rFonts w:ascii="Yu Gothic" w:hAnsi="Yu Gothic" w:eastAsia="Yu Gothic"/>
                <w:b w:val="0"/>
                <w:sz w:val="18"/>
              </w:rPr>
              <w:t>4</w:t>
            </w:r>
          </w:p>
        </w:tc>
        <w:tc>
          <w:tcPr>
            <w:tcW w:type="dxa" w:w="4082"/>
            <w:vAlign w:val="center"/>
          </w:tcPr>
          <w:p>
            <w:pPr>
              <w:spacing w:before="40" w:after="40"/>
            </w:pPr>
            <w:r>
              <w:rPr>
                <w:rFonts w:ascii="Yu Gothic" w:hAnsi="Yu Gothic" w:eastAsia="Yu Gothic"/>
                <w:b w:val="0"/>
                <w:sz w:val="18"/>
              </w:rPr>
              <w:t>システム・アカウント・保管場所</w:t>
            </w:r>
          </w:p>
        </w:tc>
        <w:tc>
          <w:tcPr>
            <w:tcW w:type="dxa" w:w="5102"/>
            <w:vAlign w:val="center"/>
          </w:tcPr>
          <w:p>
            <w:pPr>
              <w:spacing w:before="40" w:after="40"/>
            </w:pPr>
            <w:r>
              <w:rPr>
                <w:rFonts w:ascii="Yu Gothic" w:hAnsi="Yu Gothic" w:eastAsia="Yu Gothic"/>
                <w:b w:val="0"/>
                <w:sz w:val="18"/>
              </w:rPr>
              <w:t>権限の移管が必要なものを漏らさない</w:t>
            </w:r>
          </w:p>
        </w:tc>
      </w:tr>
      <w:tr>
        <w:trPr>
          <w:trHeight w:val="397" w:hRule="atLeast"/>
        </w:trPr>
        <w:tc>
          <w:tcPr>
            <w:tcW w:type="dxa" w:w="680"/>
            <w:vAlign w:val="center"/>
          </w:tcPr>
          <w:p>
            <w:pPr>
              <w:spacing w:before="40" w:after="40"/>
            </w:pPr>
            <w:r>
              <w:rPr>
                <w:rFonts w:ascii="Yu Gothic" w:hAnsi="Yu Gothic" w:eastAsia="Yu Gothic"/>
                <w:b w:val="0"/>
                <w:sz w:val="18"/>
              </w:rPr>
              <w:t>5</w:t>
            </w:r>
          </w:p>
        </w:tc>
        <w:tc>
          <w:tcPr>
            <w:tcW w:type="dxa" w:w="4082"/>
            <w:vAlign w:val="center"/>
          </w:tcPr>
          <w:p>
            <w:pPr>
              <w:spacing w:before="40" w:after="40"/>
            </w:pPr>
            <w:r>
              <w:rPr>
                <w:rFonts w:ascii="Yu Gothic" w:hAnsi="Yu Gothic" w:eastAsia="Yu Gothic"/>
                <w:b w:val="0"/>
                <w:sz w:val="18"/>
              </w:rPr>
              <w:t>年間・月間スケジュール</w:t>
            </w:r>
          </w:p>
        </w:tc>
        <w:tc>
          <w:tcPr>
            <w:tcW w:type="dxa" w:w="5102"/>
            <w:vAlign w:val="center"/>
          </w:tcPr>
          <w:p>
            <w:pPr>
              <w:spacing w:before="40" w:after="40"/>
            </w:pPr>
            <w:r>
              <w:rPr>
                <w:rFonts w:ascii="Yu Gothic" w:hAnsi="Yu Gothic" w:eastAsia="Yu Gothic"/>
                <w:b w:val="0"/>
                <w:sz w:val="18"/>
              </w:rPr>
              <w:t>締切のある業務を時期の順に</w:t>
            </w:r>
          </w:p>
        </w:tc>
      </w:tr>
      <w:tr>
        <w:trPr>
          <w:trHeight w:val="397" w:hRule="atLeast"/>
        </w:trPr>
        <w:tc>
          <w:tcPr>
            <w:tcW w:type="dxa" w:w="680"/>
            <w:vAlign w:val="center"/>
          </w:tcPr>
          <w:p>
            <w:pPr>
              <w:spacing w:before="40" w:after="40"/>
            </w:pPr>
            <w:r>
              <w:rPr>
                <w:rFonts w:ascii="Yu Gothic" w:hAnsi="Yu Gothic" w:eastAsia="Yu Gothic"/>
                <w:b w:val="0"/>
                <w:sz w:val="18"/>
              </w:rPr>
              <w:t>6</w:t>
            </w:r>
          </w:p>
        </w:tc>
        <w:tc>
          <w:tcPr>
            <w:tcW w:type="dxa" w:w="4082"/>
            <w:vAlign w:val="center"/>
          </w:tcPr>
          <w:p>
            <w:pPr>
              <w:spacing w:before="40" w:after="40"/>
            </w:pPr>
            <w:r>
              <w:rPr>
                <w:rFonts w:ascii="Yu Gothic" w:hAnsi="Yu Gothic" w:eastAsia="Yu Gothic"/>
                <w:b w:val="0"/>
                <w:sz w:val="18"/>
              </w:rPr>
              <w:t>よくあるトラブルと対処</w:t>
            </w:r>
          </w:p>
        </w:tc>
        <w:tc>
          <w:tcPr>
            <w:tcW w:type="dxa" w:w="5102"/>
            <w:vAlign w:val="center"/>
          </w:tcPr>
          <w:p>
            <w:pPr>
              <w:spacing w:before="40" w:after="40"/>
            </w:pPr>
            <w:r>
              <w:rPr>
                <w:rFonts w:ascii="Yu Gothic" w:hAnsi="Yu Gothic" w:eastAsia="Yu Gothic"/>
                <w:b w:val="0"/>
                <w:sz w:val="18"/>
              </w:rPr>
              <w:t>過去に困ったことと、その時の動き方</w:t>
            </w:r>
          </w:p>
        </w:tc>
      </w:tr>
      <w:tr>
        <w:trPr>
          <w:trHeight w:val="397" w:hRule="atLeast"/>
        </w:trPr>
        <w:tc>
          <w:tcPr>
            <w:tcW w:type="dxa" w:w="680"/>
            <w:vAlign w:val="center"/>
          </w:tcPr>
          <w:p>
            <w:pPr>
              <w:spacing w:before="40" w:after="40"/>
            </w:pPr>
            <w:r>
              <w:rPr>
                <w:rFonts w:ascii="Yu Gothic" w:hAnsi="Yu Gothic" w:eastAsia="Yu Gothic"/>
                <w:b w:val="0"/>
                <w:sz w:val="18"/>
              </w:rPr>
              <w:t>7</w:t>
            </w:r>
          </w:p>
        </w:tc>
        <w:tc>
          <w:tcPr>
            <w:tcW w:type="dxa" w:w="4082"/>
            <w:vAlign w:val="center"/>
          </w:tcPr>
          <w:p>
            <w:pPr>
              <w:spacing w:before="40" w:after="40"/>
            </w:pPr>
            <w:r>
              <w:rPr>
                <w:rFonts w:ascii="Yu Gothic" w:hAnsi="Yu Gothic" w:eastAsia="Yu Gothic"/>
                <w:b w:val="0"/>
                <w:sz w:val="18"/>
              </w:rPr>
              <w:t>申し送り事項</w:t>
            </w:r>
          </w:p>
        </w:tc>
        <w:tc>
          <w:tcPr>
            <w:tcW w:type="dxa" w:w="5102"/>
            <w:vAlign w:val="center"/>
          </w:tcPr>
          <w:p>
            <w:pPr>
              <w:spacing w:before="40" w:after="40"/>
            </w:pPr>
            <w:r>
              <w:rPr>
                <w:rFonts w:ascii="Yu Gothic" w:hAnsi="Yu Gothic" w:eastAsia="Yu Gothic"/>
                <w:b w:val="0"/>
                <w:sz w:val="18"/>
              </w:rPr>
              <w:t>マニュアルに書きにくい慣例・注意点</w:t>
            </w:r>
          </w:p>
        </w:tc>
      </w:tr>
      <w:tr>
        <w:trPr>
          <w:trHeight w:val="397" w:hRule="atLeast"/>
        </w:trPr>
        <w:tc>
          <w:tcPr>
            <w:tcW w:type="dxa" w:w="680"/>
            <w:vAlign w:val="center"/>
          </w:tcPr>
          <w:p>
            <w:pPr>
              <w:spacing w:before="40" w:after="40"/>
            </w:pPr>
            <w:r>
              <w:rPr>
                <w:rFonts w:ascii="Yu Gothic" w:hAnsi="Yu Gothic" w:eastAsia="Yu Gothic"/>
                <w:b w:val="0"/>
                <w:sz w:val="18"/>
              </w:rPr>
              <w:t>8</w:t>
            </w:r>
          </w:p>
        </w:tc>
        <w:tc>
          <w:tcPr>
            <w:tcW w:type="dxa" w:w="4082"/>
            <w:vAlign w:val="center"/>
          </w:tcPr>
          <w:p>
            <w:pPr>
              <w:spacing w:before="40" w:after="40"/>
            </w:pPr>
            <w:r>
              <w:rPr>
                <w:rFonts w:ascii="Yu Gothic" w:hAnsi="Yu Gothic" w:eastAsia="Yu Gothic"/>
                <w:b w:val="0"/>
                <w:sz w:val="18"/>
              </w:rPr>
              <w:t>引き継ぎチェックリスト</w:t>
            </w:r>
          </w:p>
        </w:tc>
        <w:tc>
          <w:tcPr>
            <w:tcW w:type="dxa" w:w="5102"/>
            <w:vAlign w:val="center"/>
          </w:tcPr>
          <w:p>
            <w:pPr>
              <w:spacing w:before="40" w:after="40"/>
            </w:pPr>
            <w:r>
              <w:rPr>
                <w:rFonts w:ascii="Yu Gothic" w:hAnsi="Yu Gothic" w:eastAsia="Yu Gothic"/>
                <w:b w:val="0"/>
                <w:sz w:val="18"/>
              </w:rPr>
              <w:t>説明→同席→独り立ちの3段階で管理</w:t>
            </w:r>
          </w:p>
        </w:tc>
      </w:tr>
      <w:tr>
        <w:trPr>
          <w:trHeight w:val="397" w:hRule="atLeast"/>
        </w:trPr>
        <w:tc>
          <w:tcPr>
            <w:tcW w:type="dxa" w:w="680"/>
            <w:vAlign w:val="center"/>
          </w:tcPr>
          <w:p>
            <w:pPr>
              <w:spacing w:before="40" w:after="40"/>
            </w:pPr>
            <w:r>
              <w:rPr>
                <w:rFonts w:ascii="Yu Gothic" w:hAnsi="Yu Gothic" w:eastAsia="Yu Gothic"/>
                <w:b w:val="0"/>
                <w:sz w:val="18"/>
              </w:rPr>
              <w:t>9</w:t>
            </w:r>
          </w:p>
        </w:tc>
        <w:tc>
          <w:tcPr>
            <w:tcW w:type="dxa" w:w="4082"/>
            <w:vAlign w:val="center"/>
          </w:tcPr>
          <w:p>
            <w:pPr>
              <w:spacing w:before="40" w:after="40"/>
            </w:pPr>
            <w:r>
              <w:rPr>
                <w:rFonts w:ascii="Yu Gothic" w:hAnsi="Yu Gothic" w:eastAsia="Yu Gothic"/>
                <w:b w:val="0"/>
                <w:sz w:val="18"/>
              </w:rPr>
              <w:t>引き継ぎ完了確認</w:t>
            </w:r>
          </w:p>
        </w:tc>
        <w:tc>
          <w:tcPr>
            <w:tcW w:type="dxa" w:w="5102"/>
            <w:vAlign w:val="center"/>
          </w:tcPr>
          <w:p>
            <w:pPr>
              <w:spacing w:before="40" w:after="40"/>
            </w:pPr>
            <w:r>
              <w:rPr>
                <w:rFonts w:ascii="Yu Gothic" w:hAnsi="Yu Gothic" w:eastAsia="Yu Gothic"/>
                <w:b w:val="0"/>
                <w:sz w:val="18"/>
              </w:rPr>
              <w:t>前任者・後任者・上長の署名</w:t>
            </w:r>
          </w:p>
        </w:tc>
      </w:tr>
    </w:tbl>
    <w:p>
      <w:pPr>
        <w:spacing w:before="0" w:after="0"/>
      </w:pPr>
    </w:p>
    <w:p>
      <w:r>
        <w:rPr>
          <w:rFonts w:ascii="Yu Gothic" w:hAnsi="Yu Gothic" w:eastAsia="Yu Gothic"/>
          <w:b w:val="0"/>
          <w:sz w:val="19"/>
        </w:rPr>
        <w:t>このテンプレートは自由に使ってかまいません。改変・再配布も可です。</w:t>
      </w:r>
    </w:p>
    <w:p>
      <w:r>
        <w:rPr>
          <w:rFonts w:ascii="Yu Gothic" w:hAnsi="Yu Gothic" w:eastAsia="Yu Gothic"/>
          <w:b w:val="0"/>
          <w:sz w:val="19"/>
        </w:rPr>
        <w:t>配布元: 副業ポートフォリオ https://satoru-log.jp</w:t>
      </w:r>
    </w:p>
    <w:p>
      <w:r>
        <w:br w:type="page"/>
      </w:r>
    </w:p>
    <w:p>
      <w:pPr>
        <w:pStyle w:val="Heading1"/>
      </w:pPr>
      <w:r>
        <w:t>引き継ぎ書</w:t>
      </w: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1928"/>
        <w:gridCol w:w="3005"/>
        <w:gridCol w:w="1928"/>
        <w:gridCol w:w="3005"/>
      </w:tblGrid>
      <w:tr>
        <w:trPr>
          <w:trHeight w:val="567" w:hRule="atLeast"/>
        </w:trPr>
        <w:tc>
          <w:tcPr>
            <w:tcW w:type="dxa" w:w="1928"/>
            <w:shd w:val="clear" w:color="auto" w:fill="F2F5F9"/>
            <w:vAlign w:val="center"/>
          </w:tcPr>
          <w:p>
            <w:pPr>
              <w:spacing w:before="40" w:after="40"/>
            </w:pPr>
            <w:r>
              <w:rPr>
                <w:rFonts w:ascii="Yu Gothic" w:hAnsi="Yu Gothic" w:eastAsia="Yu Gothic"/>
                <w:b/>
                <w:sz w:val="18"/>
              </w:rPr>
              <w:t>引き継ぎ日</w:t>
            </w:r>
          </w:p>
        </w:tc>
        <w:tc>
          <w:tcPr>
            <w:tcW w:type="dxa" w:w="3005"/>
            <w:vAlign w:val="center"/>
          </w:tcPr>
          <w:p>
            <w:pPr>
              <w:spacing w:before="40" w:after="40"/>
            </w:pPr>
            <w:r>
              <w:rPr>
                <w:rFonts w:ascii="Yu Gothic" w:hAnsi="Yu Gothic" w:eastAsia="Yu Gothic"/>
                <w:b w:val="0"/>
                <w:sz w:val="18"/>
              </w:rPr>
            </w:r>
          </w:p>
        </w:tc>
        <w:tc>
          <w:tcPr>
            <w:tcW w:type="dxa" w:w="1928"/>
            <w:shd w:val="clear" w:color="auto" w:fill="F2F5F9"/>
            <w:vAlign w:val="center"/>
          </w:tcPr>
          <w:p>
            <w:pPr>
              <w:spacing w:before="40" w:after="40"/>
            </w:pPr>
            <w:r>
              <w:rPr>
                <w:rFonts w:ascii="Yu Gothic" w:hAnsi="Yu Gothic" w:eastAsia="Yu Gothic"/>
                <w:b/>
                <w:sz w:val="18"/>
              </w:rPr>
              <w:t>引き継ぎ完了予定日</w:t>
            </w:r>
          </w:p>
        </w:tc>
        <w:tc>
          <w:tcPr>
            <w:tcW w:type="dxa" w:w="3005"/>
            <w:vAlign w:val="center"/>
          </w:tcPr>
          <w:p>
            <w:pPr>
              <w:spacing w:before="40" w:after="40"/>
            </w:pPr>
            <w:r>
              <w:rPr>
                <w:rFonts w:ascii="Yu Gothic" w:hAnsi="Yu Gothic" w:eastAsia="Yu Gothic"/>
                <w:b w:val="0"/>
                <w:sz w:val="18"/>
              </w:rPr>
            </w:r>
          </w:p>
        </w:tc>
      </w:tr>
      <w:tr>
        <w:trPr>
          <w:trHeight w:val="567" w:hRule="atLeast"/>
        </w:trPr>
        <w:tc>
          <w:tcPr>
            <w:tcW w:type="dxa" w:w="1928"/>
            <w:shd w:val="clear" w:color="auto" w:fill="F2F5F9"/>
            <w:vAlign w:val="center"/>
          </w:tcPr>
          <w:p>
            <w:pPr>
              <w:spacing w:before="40" w:after="40"/>
            </w:pPr>
            <w:r>
              <w:rPr>
                <w:rFonts w:ascii="Yu Gothic" w:hAnsi="Yu Gothic" w:eastAsia="Yu Gothic"/>
                <w:b/>
                <w:sz w:val="18"/>
              </w:rPr>
              <w:t>前任者（所属・氏名）</w:t>
            </w:r>
          </w:p>
        </w:tc>
        <w:tc>
          <w:tcPr>
            <w:tcW w:type="dxa" w:w="3005"/>
            <w:vAlign w:val="center"/>
          </w:tcPr>
          <w:p>
            <w:pPr>
              <w:spacing w:before="40" w:after="40"/>
            </w:pPr>
            <w:r>
              <w:rPr>
                <w:rFonts w:ascii="Yu Gothic" w:hAnsi="Yu Gothic" w:eastAsia="Yu Gothic"/>
                <w:b w:val="0"/>
                <w:sz w:val="18"/>
              </w:rPr>
            </w:r>
          </w:p>
        </w:tc>
        <w:tc>
          <w:tcPr>
            <w:tcW w:type="dxa" w:w="1928"/>
            <w:shd w:val="clear" w:color="auto" w:fill="F2F5F9"/>
            <w:vAlign w:val="center"/>
          </w:tcPr>
          <w:p>
            <w:pPr>
              <w:spacing w:before="40" w:after="40"/>
            </w:pPr>
            <w:r>
              <w:rPr>
                <w:rFonts w:ascii="Yu Gothic" w:hAnsi="Yu Gothic" w:eastAsia="Yu Gothic"/>
                <w:b/>
                <w:sz w:val="18"/>
              </w:rPr>
              <w:t>後任者（所属・氏名）</w:t>
            </w:r>
          </w:p>
        </w:tc>
        <w:tc>
          <w:tcPr>
            <w:tcW w:type="dxa" w:w="3005"/>
            <w:vAlign w:val="center"/>
          </w:tcPr>
          <w:p>
            <w:pPr>
              <w:spacing w:before="40" w:after="40"/>
            </w:pPr>
            <w:r>
              <w:rPr>
                <w:rFonts w:ascii="Yu Gothic" w:hAnsi="Yu Gothic" w:eastAsia="Yu Gothic"/>
                <w:b w:val="0"/>
                <w:sz w:val="18"/>
              </w:rPr>
            </w:r>
          </w:p>
        </w:tc>
      </w:tr>
      <w:tr>
        <w:trPr>
          <w:trHeight w:val="567" w:hRule="atLeast"/>
        </w:trPr>
        <w:tc>
          <w:tcPr>
            <w:tcW w:type="dxa" w:w="1928"/>
            <w:shd w:val="clear" w:color="auto" w:fill="F2F5F9"/>
            <w:vAlign w:val="center"/>
          </w:tcPr>
          <w:p>
            <w:pPr>
              <w:spacing w:before="40" w:after="40"/>
            </w:pPr>
            <w:r>
              <w:rPr>
                <w:rFonts w:ascii="Yu Gothic" w:hAnsi="Yu Gothic" w:eastAsia="Yu Gothic"/>
                <w:b/>
                <w:sz w:val="18"/>
              </w:rPr>
              <w:t>前任者の連絡先（引き継ぎ後）</w:t>
            </w:r>
          </w:p>
        </w:tc>
        <w:tc>
          <w:tcPr>
            <w:tcW w:type="dxa" w:w="3005"/>
            <w:vAlign w:val="center"/>
          </w:tcPr>
          <w:p>
            <w:pPr>
              <w:spacing w:before="40" w:after="40"/>
            </w:pPr>
            <w:r>
              <w:rPr>
                <w:rFonts w:ascii="Yu Gothic" w:hAnsi="Yu Gothic" w:eastAsia="Yu Gothic"/>
                <w:b w:val="0"/>
                <w:sz w:val="18"/>
              </w:rPr>
            </w:r>
          </w:p>
        </w:tc>
        <w:tc>
          <w:tcPr>
            <w:tcW w:type="dxa" w:w="1928"/>
            <w:shd w:val="clear" w:color="auto" w:fill="F2F5F9"/>
            <w:vAlign w:val="center"/>
          </w:tcPr>
          <w:p>
            <w:pPr>
              <w:spacing w:before="40" w:after="40"/>
            </w:pPr>
            <w:r>
              <w:rPr>
                <w:rFonts w:ascii="Yu Gothic" w:hAnsi="Yu Gothic" w:eastAsia="Yu Gothic"/>
                <w:b/>
                <w:sz w:val="18"/>
              </w:rPr>
              <w:t>後任者の連絡先</w:t>
            </w:r>
          </w:p>
        </w:tc>
        <w:tc>
          <w:tcPr>
            <w:tcW w:type="dxa" w:w="3005"/>
            <w:vAlign w:val="center"/>
          </w:tcPr>
          <w:p>
            <w:pPr>
              <w:spacing w:before="40" w:after="40"/>
            </w:pPr>
            <w:r>
              <w:rPr>
                <w:rFonts w:ascii="Yu Gothic" w:hAnsi="Yu Gothic" w:eastAsia="Yu Gothic"/>
                <w:b w:val="0"/>
                <w:sz w:val="18"/>
              </w:rPr>
            </w:r>
          </w:p>
        </w:tc>
      </w:tr>
      <w:tr>
        <w:trPr>
          <w:trHeight w:val="567" w:hRule="atLeast"/>
        </w:trPr>
        <w:tc>
          <w:tcPr>
            <w:tcW w:type="dxa" w:w="1928"/>
            <w:shd w:val="clear" w:color="auto" w:fill="F2F5F9"/>
            <w:vAlign w:val="center"/>
          </w:tcPr>
          <w:p>
            <w:pPr>
              <w:spacing w:before="40" w:after="40"/>
            </w:pPr>
            <w:r>
              <w:rPr>
                <w:rFonts w:ascii="Yu Gothic" w:hAnsi="Yu Gothic" w:eastAsia="Yu Gothic"/>
                <w:b/>
                <w:sz w:val="18"/>
              </w:rPr>
              <w:t>上長・承認者</w:t>
            </w:r>
          </w:p>
        </w:tc>
        <w:tc>
          <w:tcPr>
            <w:tcW w:type="dxa" w:w="3005"/>
            <w:vAlign w:val="center"/>
          </w:tcPr>
          <w:p>
            <w:pPr>
              <w:spacing w:before="40" w:after="40"/>
            </w:pPr>
            <w:r>
              <w:rPr>
                <w:rFonts w:ascii="Yu Gothic" w:hAnsi="Yu Gothic" w:eastAsia="Yu Gothic"/>
                <w:b w:val="0"/>
                <w:sz w:val="18"/>
              </w:rPr>
            </w:r>
          </w:p>
        </w:tc>
        <w:tc>
          <w:tcPr>
            <w:tcW w:type="dxa" w:w="1928"/>
            <w:shd w:val="clear" w:color="auto" w:fill="F2F5F9"/>
            <w:vAlign w:val="center"/>
          </w:tcPr>
          <w:p>
            <w:pPr>
              <w:spacing w:before="40" w:after="40"/>
            </w:pPr>
            <w:r>
              <w:rPr>
                <w:rFonts w:ascii="Yu Gothic" w:hAnsi="Yu Gothic" w:eastAsia="Yu Gothic"/>
                <w:b/>
                <w:sz w:val="18"/>
              </w:rPr>
              <w:t>承認日</w:t>
            </w:r>
          </w:p>
        </w:tc>
        <w:tc>
          <w:tcPr>
            <w:tcW w:type="dxa" w:w="3005"/>
            <w:vAlign w:val="center"/>
          </w:tcPr>
          <w:p>
            <w:pPr>
              <w:spacing w:before="40" w:after="40"/>
            </w:pPr>
            <w:r>
              <w:rPr>
                <w:rFonts w:ascii="Yu Gothic" w:hAnsi="Yu Gothic" w:eastAsia="Yu Gothic"/>
                <w:b w:val="0"/>
                <w:sz w:val="18"/>
              </w:rPr>
            </w:r>
          </w:p>
        </w:tc>
      </w:tr>
      <w:tr>
        <w:trPr>
          <w:trHeight w:val="907" w:hRule="atLeast"/>
        </w:trPr>
        <w:tc>
          <w:tcPr>
            <w:tcW w:type="dxa" w:w="1928"/>
            <w:shd w:val="clear" w:color="auto" w:fill="F2F5F9"/>
            <w:vAlign w:val="center"/>
          </w:tcPr>
          <w:p>
            <w:pPr>
              <w:spacing w:before="40" w:after="40"/>
            </w:pPr>
            <w:r>
              <w:rPr>
                <w:rFonts w:ascii="Yu Gothic" w:hAnsi="Yu Gothic" w:eastAsia="Yu Gothic"/>
                <w:b/>
                <w:sz w:val="18"/>
              </w:rPr>
              <w:t>引き継ぎの範囲・背景</w:t>
            </w:r>
          </w:p>
        </w:tc>
        <w:tc>
          <w:tcPr>
            <w:tcW w:type="dxa" w:w="7938"/>
            <w:gridSpan w:val="3"/>
            <w:vAlign w:val="center"/>
          </w:tcPr>
          <w:p>
            <w:pPr>
              <w:spacing w:before="40" w:after="40"/>
            </w:pPr>
            <w:r>
              <w:rPr>
                <w:rFonts w:ascii="Yu Gothic" w:hAnsi="Yu Gothic" w:eastAsia="Yu Gothic"/>
                <w:b w:val="0"/>
                <w:sz w:val="18"/>
              </w:rPr>
            </w:r>
          </w:p>
        </w:tc>
      </w:tr>
    </w:tbl>
    <w:p>
      <w:pPr>
        <w:spacing w:before="0" w:after="0"/>
      </w:pPr>
    </w:p>
    <w:p>
      <w:pPr>
        <w:pStyle w:val="Heading2"/>
      </w:pPr>
      <w:r>
        <w:t>1. 引き継ぎ業務一覧（進捗管理表）</w:t>
      </w:r>
    </w:p>
    <w:p>
      <w:r>
        <w:rPr>
          <w:rFonts w:ascii="Yu Gothic" w:hAnsi="Yu Gothic" w:eastAsia="Yu Gothic"/>
          <w:b w:val="0"/>
          <w:sz w:val="19"/>
        </w:rPr>
        <w:t>手順を書く前に、担当している業務の名前だけを先に全部書き出します。重要度の高いものから手順を作ると、時間切れになりません。</w:t>
      </w: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567"/>
        <w:gridCol w:w="1814"/>
        <w:gridCol w:w="3515"/>
        <w:gridCol w:w="1020"/>
        <w:gridCol w:w="1020"/>
        <w:gridCol w:w="907"/>
        <w:gridCol w:w="1020"/>
      </w:tblGrid>
      <w:tr>
        <w:trPr>
          <w:trHeight w:val="454" w:hRule="atLeast"/>
          <w:tblHeader w:val="true"/>
        </w:trPr>
        <w:tc>
          <w:tcPr>
            <w:tcW w:type="dxa" w:w="567"/>
            <w:shd w:val="clear" w:color="auto" w:fill="DCE6F1"/>
            <w:vAlign w:val="center"/>
          </w:tcPr>
          <w:p>
            <w:pPr>
              <w:spacing w:before="40" w:after="40"/>
              <w:jc w:val="center"/>
            </w:pPr>
            <w:r>
              <w:rPr>
                <w:rFonts w:ascii="Yu Gothic" w:hAnsi="Yu Gothic" w:eastAsia="Yu Gothic"/>
                <w:b/>
                <w:sz w:val="17"/>
              </w:rPr>
              <w:t>No</w:t>
            </w:r>
          </w:p>
        </w:tc>
        <w:tc>
          <w:tcPr>
            <w:tcW w:type="dxa" w:w="1814"/>
            <w:shd w:val="clear" w:color="auto" w:fill="DCE6F1"/>
            <w:vAlign w:val="center"/>
          </w:tcPr>
          <w:p>
            <w:pPr>
              <w:spacing w:before="40" w:after="40"/>
              <w:jc w:val="center"/>
            </w:pPr>
            <w:r>
              <w:rPr>
                <w:rFonts w:ascii="Yu Gothic" w:hAnsi="Yu Gothic" w:eastAsia="Yu Gothic"/>
                <w:b/>
                <w:sz w:val="17"/>
              </w:rPr>
              <w:t>業務名</w:t>
            </w:r>
          </w:p>
        </w:tc>
        <w:tc>
          <w:tcPr>
            <w:tcW w:type="dxa" w:w="3515"/>
            <w:shd w:val="clear" w:color="auto" w:fill="DCE6F1"/>
            <w:vAlign w:val="center"/>
          </w:tcPr>
          <w:p>
            <w:pPr>
              <w:spacing w:before="40" w:after="40"/>
              <w:jc w:val="center"/>
            </w:pPr>
            <w:r>
              <w:rPr>
                <w:rFonts w:ascii="Yu Gothic" w:hAnsi="Yu Gothic" w:eastAsia="Yu Gothic"/>
                <w:b/>
                <w:sz w:val="17"/>
              </w:rPr>
              <w:t>業務の概要（何のために・誰のために）</w:t>
            </w:r>
          </w:p>
        </w:tc>
        <w:tc>
          <w:tcPr>
            <w:tcW w:type="dxa" w:w="1020"/>
            <w:shd w:val="clear" w:color="auto" w:fill="DCE6F1"/>
            <w:vAlign w:val="center"/>
          </w:tcPr>
          <w:p>
            <w:pPr>
              <w:spacing w:before="40" w:after="40"/>
              <w:jc w:val="center"/>
            </w:pPr>
            <w:r>
              <w:rPr>
                <w:rFonts w:ascii="Yu Gothic" w:hAnsi="Yu Gothic" w:eastAsia="Yu Gothic"/>
                <w:b/>
                <w:sz w:val="17"/>
              </w:rPr>
              <w:t>頻度</w:t>
            </w:r>
          </w:p>
        </w:tc>
        <w:tc>
          <w:tcPr>
            <w:tcW w:type="dxa" w:w="1020"/>
            <w:shd w:val="clear" w:color="auto" w:fill="DCE6F1"/>
            <w:vAlign w:val="center"/>
          </w:tcPr>
          <w:p>
            <w:pPr>
              <w:spacing w:before="40" w:after="40"/>
              <w:jc w:val="center"/>
            </w:pPr>
            <w:r>
              <w:rPr>
                <w:rFonts w:ascii="Yu Gothic" w:hAnsi="Yu Gothic" w:eastAsia="Yu Gothic"/>
                <w:b/>
                <w:sz w:val="17"/>
              </w:rPr>
              <w:t>所要時間</w:t>
            </w:r>
          </w:p>
        </w:tc>
        <w:tc>
          <w:tcPr>
            <w:tcW w:type="dxa" w:w="907"/>
            <w:shd w:val="clear" w:color="auto" w:fill="DCE6F1"/>
            <w:vAlign w:val="center"/>
          </w:tcPr>
          <w:p>
            <w:pPr>
              <w:spacing w:before="40" w:after="40"/>
              <w:jc w:val="center"/>
            </w:pPr>
            <w:r>
              <w:rPr>
                <w:rFonts w:ascii="Yu Gothic" w:hAnsi="Yu Gothic" w:eastAsia="Yu Gothic"/>
                <w:b/>
                <w:sz w:val="17"/>
              </w:rPr>
              <w:t>重要度</w:t>
            </w:r>
          </w:p>
        </w:tc>
        <w:tc>
          <w:tcPr>
            <w:tcW w:type="dxa" w:w="1020"/>
            <w:shd w:val="clear" w:color="auto" w:fill="DCE6F1"/>
            <w:vAlign w:val="center"/>
          </w:tcPr>
          <w:p>
            <w:pPr>
              <w:spacing w:before="40" w:after="40"/>
              <w:jc w:val="center"/>
            </w:pPr>
            <w:r>
              <w:rPr>
                <w:rFonts w:ascii="Yu Gothic" w:hAnsi="Yu Gothic" w:eastAsia="Yu Gothic"/>
                <w:b/>
                <w:sz w:val="17"/>
              </w:rPr>
              <w:t>進捗率(%)</w:t>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1</w:t>
            </w:r>
          </w:p>
        </w:tc>
        <w:tc>
          <w:tcPr>
            <w:tcW w:type="dxa" w:w="1814"/>
            <w:vAlign w:val="center"/>
          </w:tcPr>
          <w:p>
            <w:pPr>
              <w:spacing w:before="40" w:after="40"/>
            </w:pPr>
            <w:r>
              <w:rPr>
                <w:rFonts w:ascii="Yu Gothic" w:hAnsi="Yu Gothic" w:eastAsia="Yu Gothic"/>
                <w:b w:val="0"/>
                <w:sz w:val="18"/>
              </w:rPr>
            </w:r>
          </w:p>
        </w:tc>
        <w:tc>
          <w:tcPr>
            <w:tcW w:type="dxa" w:w="3515"/>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2</w:t>
            </w:r>
          </w:p>
        </w:tc>
        <w:tc>
          <w:tcPr>
            <w:tcW w:type="dxa" w:w="1814"/>
            <w:vAlign w:val="center"/>
          </w:tcPr>
          <w:p>
            <w:pPr>
              <w:spacing w:before="40" w:after="40"/>
            </w:pPr>
            <w:r>
              <w:rPr>
                <w:rFonts w:ascii="Yu Gothic" w:hAnsi="Yu Gothic" w:eastAsia="Yu Gothic"/>
                <w:b w:val="0"/>
                <w:sz w:val="18"/>
              </w:rPr>
            </w:r>
          </w:p>
        </w:tc>
        <w:tc>
          <w:tcPr>
            <w:tcW w:type="dxa" w:w="3515"/>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3</w:t>
            </w:r>
          </w:p>
        </w:tc>
        <w:tc>
          <w:tcPr>
            <w:tcW w:type="dxa" w:w="1814"/>
            <w:vAlign w:val="center"/>
          </w:tcPr>
          <w:p>
            <w:pPr>
              <w:spacing w:before="40" w:after="40"/>
            </w:pPr>
            <w:r>
              <w:rPr>
                <w:rFonts w:ascii="Yu Gothic" w:hAnsi="Yu Gothic" w:eastAsia="Yu Gothic"/>
                <w:b w:val="0"/>
                <w:sz w:val="18"/>
              </w:rPr>
            </w:r>
          </w:p>
        </w:tc>
        <w:tc>
          <w:tcPr>
            <w:tcW w:type="dxa" w:w="3515"/>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4</w:t>
            </w:r>
          </w:p>
        </w:tc>
        <w:tc>
          <w:tcPr>
            <w:tcW w:type="dxa" w:w="1814"/>
            <w:vAlign w:val="center"/>
          </w:tcPr>
          <w:p>
            <w:pPr>
              <w:spacing w:before="40" w:after="40"/>
            </w:pPr>
            <w:r>
              <w:rPr>
                <w:rFonts w:ascii="Yu Gothic" w:hAnsi="Yu Gothic" w:eastAsia="Yu Gothic"/>
                <w:b w:val="0"/>
                <w:sz w:val="18"/>
              </w:rPr>
            </w:r>
          </w:p>
        </w:tc>
        <w:tc>
          <w:tcPr>
            <w:tcW w:type="dxa" w:w="3515"/>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5</w:t>
            </w:r>
          </w:p>
        </w:tc>
        <w:tc>
          <w:tcPr>
            <w:tcW w:type="dxa" w:w="1814"/>
            <w:vAlign w:val="center"/>
          </w:tcPr>
          <w:p>
            <w:pPr>
              <w:spacing w:before="40" w:after="40"/>
            </w:pPr>
            <w:r>
              <w:rPr>
                <w:rFonts w:ascii="Yu Gothic" w:hAnsi="Yu Gothic" w:eastAsia="Yu Gothic"/>
                <w:b w:val="0"/>
                <w:sz w:val="18"/>
              </w:rPr>
            </w:r>
          </w:p>
        </w:tc>
        <w:tc>
          <w:tcPr>
            <w:tcW w:type="dxa" w:w="3515"/>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6</w:t>
            </w:r>
          </w:p>
        </w:tc>
        <w:tc>
          <w:tcPr>
            <w:tcW w:type="dxa" w:w="1814"/>
            <w:vAlign w:val="center"/>
          </w:tcPr>
          <w:p>
            <w:pPr>
              <w:spacing w:before="40" w:after="40"/>
            </w:pPr>
            <w:r>
              <w:rPr>
                <w:rFonts w:ascii="Yu Gothic" w:hAnsi="Yu Gothic" w:eastAsia="Yu Gothic"/>
                <w:b w:val="0"/>
                <w:sz w:val="18"/>
              </w:rPr>
            </w:r>
          </w:p>
        </w:tc>
        <w:tc>
          <w:tcPr>
            <w:tcW w:type="dxa" w:w="3515"/>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7</w:t>
            </w:r>
          </w:p>
        </w:tc>
        <w:tc>
          <w:tcPr>
            <w:tcW w:type="dxa" w:w="1814"/>
            <w:vAlign w:val="center"/>
          </w:tcPr>
          <w:p>
            <w:pPr>
              <w:spacing w:before="40" w:after="40"/>
            </w:pPr>
            <w:r>
              <w:rPr>
                <w:rFonts w:ascii="Yu Gothic" w:hAnsi="Yu Gothic" w:eastAsia="Yu Gothic"/>
                <w:b w:val="0"/>
                <w:sz w:val="18"/>
              </w:rPr>
            </w:r>
          </w:p>
        </w:tc>
        <w:tc>
          <w:tcPr>
            <w:tcW w:type="dxa" w:w="3515"/>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8</w:t>
            </w:r>
          </w:p>
        </w:tc>
        <w:tc>
          <w:tcPr>
            <w:tcW w:type="dxa" w:w="1814"/>
            <w:vAlign w:val="center"/>
          </w:tcPr>
          <w:p>
            <w:pPr>
              <w:spacing w:before="40" w:after="40"/>
            </w:pPr>
            <w:r>
              <w:rPr>
                <w:rFonts w:ascii="Yu Gothic" w:hAnsi="Yu Gothic" w:eastAsia="Yu Gothic"/>
                <w:b w:val="0"/>
                <w:sz w:val="18"/>
              </w:rPr>
            </w:r>
          </w:p>
        </w:tc>
        <w:tc>
          <w:tcPr>
            <w:tcW w:type="dxa" w:w="3515"/>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9</w:t>
            </w:r>
          </w:p>
        </w:tc>
        <w:tc>
          <w:tcPr>
            <w:tcW w:type="dxa" w:w="1814"/>
            <w:vAlign w:val="center"/>
          </w:tcPr>
          <w:p>
            <w:pPr>
              <w:spacing w:before="40" w:after="40"/>
            </w:pPr>
            <w:r>
              <w:rPr>
                <w:rFonts w:ascii="Yu Gothic" w:hAnsi="Yu Gothic" w:eastAsia="Yu Gothic"/>
                <w:b w:val="0"/>
                <w:sz w:val="18"/>
              </w:rPr>
            </w:r>
          </w:p>
        </w:tc>
        <w:tc>
          <w:tcPr>
            <w:tcW w:type="dxa" w:w="3515"/>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10</w:t>
            </w:r>
          </w:p>
        </w:tc>
        <w:tc>
          <w:tcPr>
            <w:tcW w:type="dxa" w:w="1814"/>
            <w:vAlign w:val="center"/>
          </w:tcPr>
          <w:p>
            <w:pPr>
              <w:spacing w:before="40" w:after="40"/>
            </w:pPr>
            <w:r>
              <w:rPr>
                <w:rFonts w:ascii="Yu Gothic" w:hAnsi="Yu Gothic" w:eastAsia="Yu Gothic"/>
                <w:b w:val="0"/>
                <w:sz w:val="18"/>
              </w:rPr>
            </w:r>
          </w:p>
        </w:tc>
        <w:tc>
          <w:tcPr>
            <w:tcW w:type="dxa" w:w="3515"/>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11</w:t>
            </w:r>
          </w:p>
        </w:tc>
        <w:tc>
          <w:tcPr>
            <w:tcW w:type="dxa" w:w="1814"/>
            <w:vAlign w:val="center"/>
          </w:tcPr>
          <w:p>
            <w:pPr>
              <w:spacing w:before="40" w:after="40"/>
            </w:pPr>
            <w:r>
              <w:rPr>
                <w:rFonts w:ascii="Yu Gothic" w:hAnsi="Yu Gothic" w:eastAsia="Yu Gothic"/>
                <w:b w:val="0"/>
                <w:sz w:val="18"/>
              </w:rPr>
            </w:r>
          </w:p>
        </w:tc>
        <w:tc>
          <w:tcPr>
            <w:tcW w:type="dxa" w:w="3515"/>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12</w:t>
            </w:r>
          </w:p>
        </w:tc>
        <w:tc>
          <w:tcPr>
            <w:tcW w:type="dxa" w:w="1814"/>
            <w:vAlign w:val="center"/>
          </w:tcPr>
          <w:p>
            <w:pPr>
              <w:spacing w:before="40" w:after="40"/>
            </w:pPr>
            <w:r>
              <w:rPr>
                <w:rFonts w:ascii="Yu Gothic" w:hAnsi="Yu Gothic" w:eastAsia="Yu Gothic"/>
                <w:b w:val="0"/>
                <w:sz w:val="18"/>
              </w:rPr>
            </w:r>
          </w:p>
        </w:tc>
        <w:tc>
          <w:tcPr>
            <w:tcW w:type="dxa" w:w="3515"/>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r>
    </w:tbl>
    <w:p>
      <w:pPr>
        <w:spacing w:before="0" w:after="0"/>
      </w:pPr>
    </w:p>
    <w:p>
      <w:pPr>
        <w:pStyle w:val="Heading3"/>
      </w:pPr>
      <w:r>
        <w:t>引き継ぎ進捗サマリー</w:t>
      </w: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1928"/>
        <w:gridCol w:w="1984"/>
        <w:gridCol w:w="1984"/>
        <w:gridCol w:w="1984"/>
        <w:gridCol w:w="1984"/>
      </w:tblGrid>
      <w:tr>
        <w:trPr>
          <w:trHeight w:val="454" w:hRule="atLeast"/>
          <w:tblHeader w:val="true"/>
        </w:trPr>
        <w:tc>
          <w:tcPr>
            <w:tcW w:type="dxa" w:w="1928"/>
            <w:shd w:val="clear" w:color="auto" w:fill="DCE6F1"/>
            <w:vAlign w:val="center"/>
          </w:tcPr>
          <w:p>
            <w:pPr>
              <w:spacing w:before="40" w:after="40"/>
              <w:jc w:val="center"/>
            </w:pPr>
            <w:r>
              <w:rPr>
                <w:rFonts w:ascii="Yu Gothic" w:hAnsi="Yu Gothic" w:eastAsia="Yu Gothic"/>
                <w:b/>
                <w:sz w:val="17"/>
              </w:rPr>
              <w:t>業務の件数</w:t>
            </w:r>
          </w:p>
        </w:tc>
        <w:tc>
          <w:tcPr>
            <w:tcW w:type="dxa" w:w="1984"/>
            <w:shd w:val="clear" w:color="auto" w:fill="DCE6F1"/>
            <w:vAlign w:val="center"/>
          </w:tcPr>
          <w:p>
            <w:pPr>
              <w:spacing w:before="40" w:after="40"/>
              <w:jc w:val="center"/>
            </w:pPr>
            <w:r>
              <w:rPr>
                <w:rFonts w:ascii="Yu Gothic" w:hAnsi="Yu Gothic" w:eastAsia="Yu Gothic"/>
                <w:b/>
                <w:sz w:val="17"/>
              </w:rPr>
              <w:t>完了（100%）</w:t>
            </w:r>
          </w:p>
        </w:tc>
        <w:tc>
          <w:tcPr>
            <w:tcW w:type="dxa" w:w="1984"/>
            <w:shd w:val="clear" w:color="auto" w:fill="DCE6F1"/>
            <w:vAlign w:val="center"/>
          </w:tcPr>
          <w:p>
            <w:pPr>
              <w:spacing w:before="40" w:after="40"/>
              <w:jc w:val="center"/>
            </w:pPr>
            <w:r>
              <w:rPr>
                <w:rFonts w:ascii="Yu Gothic" w:hAnsi="Yu Gothic" w:eastAsia="Yu Gothic"/>
                <w:b/>
                <w:sz w:val="17"/>
              </w:rPr>
              <w:t>進行中</w:t>
            </w:r>
          </w:p>
        </w:tc>
        <w:tc>
          <w:tcPr>
            <w:tcW w:type="dxa" w:w="1984"/>
            <w:shd w:val="clear" w:color="auto" w:fill="DCE6F1"/>
            <w:vAlign w:val="center"/>
          </w:tcPr>
          <w:p>
            <w:pPr>
              <w:spacing w:before="40" w:after="40"/>
              <w:jc w:val="center"/>
            </w:pPr>
            <w:r>
              <w:rPr>
                <w:rFonts w:ascii="Yu Gothic" w:hAnsi="Yu Gothic" w:eastAsia="Yu Gothic"/>
                <w:b/>
                <w:sz w:val="17"/>
              </w:rPr>
              <w:t>未着手</w:t>
            </w:r>
          </w:p>
        </w:tc>
        <w:tc>
          <w:tcPr>
            <w:tcW w:type="dxa" w:w="1984"/>
            <w:shd w:val="clear" w:color="auto" w:fill="DCE6F1"/>
            <w:vAlign w:val="center"/>
          </w:tcPr>
          <w:p>
            <w:pPr>
              <w:spacing w:before="40" w:after="40"/>
              <w:jc w:val="center"/>
            </w:pPr>
            <w:r>
              <w:rPr>
                <w:rFonts w:ascii="Yu Gothic" w:hAnsi="Yu Gothic" w:eastAsia="Yu Gothic"/>
                <w:b/>
                <w:sz w:val="17"/>
              </w:rPr>
              <w:t>全体の進捗率(%)</w:t>
            </w:r>
          </w:p>
        </w:tc>
      </w:tr>
      <w:tr>
        <w:trPr>
          <w:trHeight w:val="624" w:hRule="atLeast"/>
        </w:trPr>
        <w:tc>
          <w:tcPr>
            <w:tcW w:type="dxa" w:w="1928"/>
            <w:vAlign w:val="center"/>
          </w:tcPr>
          <w:p>
            <w:pPr>
              <w:spacing w:before="40" w:after="40"/>
            </w:pPr>
            <w:r>
              <w:rPr>
                <w:rFonts w:ascii="Yu Gothic" w:hAnsi="Yu Gothic" w:eastAsia="Yu Gothic"/>
                <w:b w:val="0"/>
                <w:sz w:val="18"/>
              </w:rPr>
            </w:r>
          </w:p>
        </w:tc>
        <w:tc>
          <w:tcPr>
            <w:tcW w:type="dxa" w:w="1984"/>
            <w:vAlign w:val="center"/>
          </w:tcPr>
          <w:p>
            <w:pPr>
              <w:spacing w:before="40" w:after="40"/>
            </w:pPr>
            <w:r>
              <w:rPr>
                <w:rFonts w:ascii="Yu Gothic" w:hAnsi="Yu Gothic" w:eastAsia="Yu Gothic"/>
                <w:b w:val="0"/>
                <w:sz w:val="18"/>
              </w:rPr>
            </w:r>
          </w:p>
        </w:tc>
        <w:tc>
          <w:tcPr>
            <w:tcW w:type="dxa" w:w="1984"/>
            <w:vAlign w:val="center"/>
          </w:tcPr>
          <w:p>
            <w:pPr>
              <w:spacing w:before="40" w:after="40"/>
            </w:pPr>
            <w:r>
              <w:rPr>
                <w:rFonts w:ascii="Yu Gothic" w:hAnsi="Yu Gothic" w:eastAsia="Yu Gothic"/>
                <w:b w:val="0"/>
                <w:sz w:val="18"/>
              </w:rPr>
            </w:r>
          </w:p>
        </w:tc>
        <w:tc>
          <w:tcPr>
            <w:tcW w:type="dxa" w:w="1984"/>
            <w:vAlign w:val="center"/>
          </w:tcPr>
          <w:p>
            <w:pPr>
              <w:spacing w:before="40" w:after="40"/>
            </w:pPr>
            <w:r>
              <w:rPr>
                <w:rFonts w:ascii="Yu Gothic" w:hAnsi="Yu Gothic" w:eastAsia="Yu Gothic"/>
                <w:b w:val="0"/>
                <w:sz w:val="18"/>
              </w:rPr>
            </w:r>
          </w:p>
        </w:tc>
        <w:tc>
          <w:tcPr>
            <w:tcW w:type="dxa" w:w="1984"/>
            <w:vAlign w:val="center"/>
          </w:tcPr>
          <w:p>
            <w:pPr>
              <w:spacing w:before="40" w:after="40"/>
            </w:pPr>
            <w:r>
              <w:rPr>
                <w:rFonts w:ascii="Yu Gothic" w:hAnsi="Yu Gothic" w:eastAsia="Yu Gothic"/>
                <w:b w:val="0"/>
                <w:sz w:val="18"/>
              </w:rPr>
            </w:r>
          </w:p>
        </w:tc>
      </w:tr>
    </w:tbl>
    <w:p>
      <w:pPr>
        <w:spacing w:before="0" w:after="0"/>
      </w:pPr>
    </w:p>
    <w:p>
      <w:r>
        <w:rPr>
          <w:rFonts w:ascii="Yu Gothic" w:hAnsi="Yu Gothic" w:eastAsia="Yu Gothic"/>
          <w:b w:val="0"/>
          <w:sz w:val="19"/>
        </w:rPr>
        <w:t>進捗メーター（いま進んでいるところまでセルを塗りつぶしてください）</w:t>
      </w: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986"/>
        <w:gridCol w:w="986"/>
        <w:gridCol w:w="986"/>
        <w:gridCol w:w="986"/>
        <w:gridCol w:w="986"/>
        <w:gridCol w:w="986"/>
        <w:gridCol w:w="986"/>
        <w:gridCol w:w="986"/>
        <w:gridCol w:w="986"/>
        <w:gridCol w:w="986"/>
      </w:tblGrid>
      <w:tr>
        <w:trPr>
          <w:trHeight w:val="454" w:hRule="atLeast"/>
          <w:tblHeader w:val="true"/>
        </w:trPr>
        <w:tc>
          <w:tcPr>
            <w:tcW w:type="dxa" w:w="986"/>
            <w:shd w:val="clear" w:color="auto" w:fill="DCE6F1"/>
            <w:vAlign w:val="center"/>
          </w:tcPr>
          <w:p>
            <w:pPr>
              <w:spacing w:before="40" w:after="40"/>
              <w:jc w:val="center"/>
            </w:pPr>
            <w:r>
              <w:rPr>
                <w:rFonts w:ascii="Yu Gothic" w:hAnsi="Yu Gothic" w:eastAsia="Yu Gothic"/>
                <w:b/>
                <w:sz w:val="17"/>
              </w:rPr>
              <w:t>10%</w:t>
            </w:r>
          </w:p>
        </w:tc>
        <w:tc>
          <w:tcPr>
            <w:tcW w:type="dxa" w:w="986"/>
            <w:shd w:val="clear" w:color="auto" w:fill="DCE6F1"/>
            <w:vAlign w:val="center"/>
          </w:tcPr>
          <w:p>
            <w:pPr>
              <w:spacing w:before="40" w:after="40"/>
              <w:jc w:val="center"/>
            </w:pPr>
            <w:r>
              <w:rPr>
                <w:rFonts w:ascii="Yu Gothic" w:hAnsi="Yu Gothic" w:eastAsia="Yu Gothic"/>
                <w:b/>
                <w:sz w:val="17"/>
              </w:rPr>
              <w:t>20%</w:t>
            </w:r>
          </w:p>
        </w:tc>
        <w:tc>
          <w:tcPr>
            <w:tcW w:type="dxa" w:w="986"/>
            <w:shd w:val="clear" w:color="auto" w:fill="DCE6F1"/>
            <w:vAlign w:val="center"/>
          </w:tcPr>
          <w:p>
            <w:pPr>
              <w:spacing w:before="40" w:after="40"/>
              <w:jc w:val="center"/>
            </w:pPr>
            <w:r>
              <w:rPr>
                <w:rFonts w:ascii="Yu Gothic" w:hAnsi="Yu Gothic" w:eastAsia="Yu Gothic"/>
                <w:b/>
                <w:sz w:val="17"/>
              </w:rPr>
              <w:t>30%</w:t>
            </w:r>
          </w:p>
        </w:tc>
        <w:tc>
          <w:tcPr>
            <w:tcW w:type="dxa" w:w="986"/>
            <w:shd w:val="clear" w:color="auto" w:fill="DCE6F1"/>
            <w:vAlign w:val="center"/>
          </w:tcPr>
          <w:p>
            <w:pPr>
              <w:spacing w:before="40" w:after="40"/>
              <w:jc w:val="center"/>
            </w:pPr>
            <w:r>
              <w:rPr>
                <w:rFonts w:ascii="Yu Gothic" w:hAnsi="Yu Gothic" w:eastAsia="Yu Gothic"/>
                <w:b/>
                <w:sz w:val="17"/>
              </w:rPr>
              <w:t>40%</w:t>
            </w:r>
          </w:p>
        </w:tc>
        <w:tc>
          <w:tcPr>
            <w:tcW w:type="dxa" w:w="986"/>
            <w:shd w:val="clear" w:color="auto" w:fill="DCE6F1"/>
            <w:vAlign w:val="center"/>
          </w:tcPr>
          <w:p>
            <w:pPr>
              <w:spacing w:before="40" w:after="40"/>
              <w:jc w:val="center"/>
            </w:pPr>
            <w:r>
              <w:rPr>
                <w:rFonts w:ascii="Yu Gothic" w:hAnsi="Yu Gothic" w:eastAsia="Yu Gothic"/>
                <w:b/>
                <w:sz w:val="17"/>
              </w:rPr>
              <w:t>50%</w:t>
            </w:r>
          </w:p>
        </w:tc>
        <w:tc>
          <w:tcPr>
            <w:tcW w:type="dxa" w:w="986"/>
            <w:shd w:val="clear" w:color="auto" w:fill="DCE6F1"/>
            <w:vAlign w:val="center"/>
          </w:tcPr>
          <w:p>
            <w:pPr>
              <w:spacing w:before="40" w:after="40"/>
              <w:jc w:val="center"/>
            </w:pPr>
            <w:r>
              <w:rPr>
                <w:rFonts w:ascii="Yu Gothic" w:hAnsi="Yu Gothic" w:eastAsia="Yu Gothic"/>
                <w:b/>
                <w:sz w:val="17"/>
              </w:rPr>
              <w:t>60%</w:t>
            </w:r>
          </w:p>
        </w:tc>
        <w:tc>
          <w:tcPr>
            <w:tcW w:type="dxa" w:w="986"/>
            <w:shd w:val="clear" w:color="auto" w:fill="DCE6F1"/>
            <w:vAlign w:val="center"/>
          </w:tcPr>
          <w:p>
            <w:pPr>
              <w:spacing w:before="40" w:after="40"/>
              <w:jc w:val="center"/>
            </w:pPr>
            <w:r>
              <w:rPr>
                <w:rFonts w:ascii="Yu Gothic" w:hAnsi="Yu Gothic" w:eastAsia="Yu Gothic"/>
                <w:b/>
                <w:sz w:val="17"/>
              </w:rPr>
              <w:t>70%</w:t>
            </w:r>
          </w:p>
        </w:tc>
        <w:tc>
          <w:tcPr>
            <w:tcW w:type="dxa" w:w="986"/>
            <w:shd w:val="clear" w:color="auto" w:fill="DCE6F1"/>
            <w:vAlign w:val="center"/>
          </w:tcPr>
          <w:p>
            <w:pPr>
              <w:spacing w:before="40" w:after="40"/>
              <w:jc w:val="center"/>
            </w:pPr>
            <w:r>
              <w:rPr>
                <w:rFonts w:ascii="Yu Gothic" w:hAnsi="Yu Gothic" w:eastAsia="Yu Gothic"/>
                <w:b/>
                <w:sz w:val="17"/>
              </w:rPr>
              <w:t>80%</w:t>
            </w:r>
          </w:p>
        </w:tc>
        <w:tc>
          <w:tcPr>
            <w:tcW w:type="dxa" w:w="986"/>
            <w:shd w:val="clear" w:color="auto" w:fill="DCE6F1"/>
            <w:vAlign w:val="center"/>
          </w:tcPr>
          <w:p>
            <w:pPr>
              <w:spacing w:before="40" w:after="40"/>
              <w:jc w:val="center"/>
            </w:pPr>
            <w:r>
              <w:rPr>
                <w:rFonts w:ascii="Yu Gothic" w:hAnsi="Yu Gothic" w:eastAsia="Yu Gothic"/>
                <w:b/>
                <w:sz w:val="17"/>
              </w:rPr>
              <w:t>90%</w:t>
            </w:r>
          </w:p>
        </w:tc>
        <w:tc>
          <w:tcPr>
            <w:tcW w:type="dxa" w:w="986"/>
            <w:shd w:val="clear" w:color="auto" w:fill="DCE6F1"/>
            <w:vAlign w:val="center"/>
          </w:tcPr>
          <w:p>
            <w:pPr>
              <w:spacing w:before="40" w:after="40"/>
              <w:jc w:val="center"/>
            </w:pPr>
            <w:r>
              <w:rPr>
                <w:rFonts w:ascii="Yu Gothic" w:hAnsi="Yu Gothic" w:eastAsia="Yu Gothic"/>
                <w:b/>
                <w:sz w:val="17"/>
              </w:rPr>
              <w:t>100%</w:t>
            </w:r>
          </w:p>
        </w:tc>
      </w:tr>
      <w:tr>
        <w:trPr>
          <w:trHeight w:val="680" w:hRule="atLeast"/>
        </w:trPr>
        <w:tc>
          <w:tcPr>
            <w:tcW w:type="dxa" w:w="986"/>
            <w:vAlign w:val="center"/>
          </w:tcPr>
          <w:p>
            <w:pPr>
              <w:spacing w:before="40" w:after="40"/>
            </w:pPr>
            <w:r>
              <w:rPr>
                <w:rFonts w:ascii="Yu Gothic" w:hAnsi="Yu Gothic" w:eastAsia="Yu Gothic"/>
                <w:b w:val="0"/>
                <w:sz w:val="18"/>
              </w:rPr>
            </w:r>
          </w:p>
        </w:tc>
        <w:tc>
          <w:tcPr>
            <w:tcW w:type="dxa" w:w="986"/>
            <w:vAlign w:val="center"/>
          </w:tcPr>
          <w:p>
            <w:pPr>
              <w:spacing w:before="40" w:after="40"/>
            </w:pPr>
            <w:r>
              <w:rPr>
                <w:rFonts w:ascii="Yu Gothic" w:hAnsi="Yu Gothic" w:eastAsia="Yu Gothic"/>
                <w:b w:val="0"/>
                <w:sz w:val="18"/>
              </w:rPr>
            </w:r>
          </w:p>
        </w:tc>
        <w:tc>
          <w:tcPr>
            <w:tcW w:type="dxa" w:w="986"/>
            <w:vAlign w:val="center"/>
          </w:tcPr>
          <w:p>
            <w:pPr>
              <w:spacing w:before="40" w:after="40"/>
            </w:pPr>
            <w:r>
              <w:rPr>
                <w:rFonts w:ascii="Yu Gothic" w:hAnsi="Yu Gothic" w:eastAsia="Yu Gothic"/>
                <w:b w:val="0"/>
                <w:sz w:val="18"/>
              </w:rPr>
            </w:r>
          </w:p>
        </w:tc>
        <w:tc>
          <w:tcPr>
            <w:tcW w:type="dxa" w:w="986"/>
            <w:vAlign w:val="center"/>
          </w:tcPr>
          <w:p>
            <w:pPr>
              <w:spacing w:before="40" w:after="40"/>
            </w:pPr>
            <w:r>
              <w:rPr>
                <w:rFonts w:ascii="Yu Gothic" w:hAnsi="Yu Gothic" w:eastAsia="Yu Gothic"/>
                <w:b w:val="0"/>
                <w:sz w:val="18"/>
              </w:rPr>
            </w:r>
          </w:p>
        </w:tc>
        <w:tc>
          <w:tcPr>
            <w:tcW w:type="dxa" w:w="986"/>
            <w:vAlign w:val="center"/>
          </w:tcPr>
          <w:p>
            <w:pPr>
              <w:spacing w:before="40" w:after="40"/>
            </w:pPr>
            <w:r>
              <w:rPr>
                <w:rFonts w:ascii="Yu Gothic" w:hAnsi="Yu Gothic" w:eastAsia="Yu Gothic"/>
                <w:b w:val="0"/>
                <w:sz w:val="18"/>
              </w:rPr>
            </w:r>
          </w:p>
        </w:tc>
        <w:tc>
          <w:tcPr>
            <w:tcW w:type="dxa" w:w="986"/>
            <w:vAlign w:val="center"/>
          </w:tcPr>
          <w:p>
            <w:pPr>
              <w:spacing w:before="40" w:after="40"/>
            </w:pPr>
            <w:r>
              <w:rPr>
                <w:rFonts w:ascii="Yu Gothic" w:hAnsi="Yu Gothic" w:eastAsia="Yu Gothic"/>
                <w:b w:val="0"/>
                <w:sz w:val="18"/>
              </w:rPr>
            </w:r>
          </w:p>
        </w:tc>
        <w:tc>
          <w:tcPr>
            <w:tcW w:type="dxa" w:w="986"/>
            <w:vAlign w:val="center"/>
          </w:tcPr>
          <w:p>
            <w:pPr>
              <w:spacing w:before="40" w:after="40"/>
            </w:pPr>
            <w:r>
              <w:rPr>
                <w:rFonts w:ascii="Yu Gothic" w:hAnsi="Yu Gothic" w:eastAsia="Yu Gothic"/>
                <w:b w:val="0"/>
                <w:sz w:val="18"/>
              </w:rPr>
            </w:r>
          </w:p>
        </w:tc>
        <w:tc>
          <w:tcPr>
            <w:tcW w:type="dxa" w:w="986"/>
            <w:vAlign w:val="center"/>
          </w:tcPr>
          <w:p>
            <w:pPr>
              <w:spacing w:before="40" w:after="40"/>
            </w:pPr>
            <w:r>
              <w:rPr>
                <w:rFonts w:ascii="Yu Gothic" w:hAnsi="Yu Gothic" w:eastAsia="Yu Gothic"/>
                <w:b w:val="0"/>
                <w:sz w:val="18"/>
              </w:rPr>
            </w:r>
          </w:p>
        </w:tc>
        <w:tc>
          <w:tcPr>
            <w:tcW w:type="dxa" w:w="986"/>
            <w:vAlign w:val="center"/>
          </w:tcPr>
          <w:p>
            <w:pPr>
              <w:spacing w:before="40" w:after="40"/>
            </w:pPr>
            <w:r>
              <w:rPr>
                <w:rFonts w:ascii="Yu Gothic" w:hAnsi="Yu Gothic" w:eastAsia="Yu Gothic"/>
                <w:b w:val="0"/>
                <w:sz w:val="18"/>
              </w:rPr>
            </w:r>
          </w:p>
        </w:tc>
        <w:tc>
          <w:tcPr>
            <w:tcW w:type="dxa" w:w="986"/>
            <w:vAlign w:val="center"/>
          </w:tcPr>
          <w:p>
            <w:pPr>
              <w:spacing w:before="40" w:after="40"/>
            </w:pPr>
            <w:r>
              <w:rPr>
                <w:rFonts w:ascii="Yu Gothic" w:hAnsi="Yu Gothic" w:eastAsia="Yu Gothic"/>
                <w:b w:val="0"/>
                <w:sz w:val="18"/>
              </w:rPr>
            </w:r>
          </w:p>
        </w:tc>
      </w:tr>
    </w:tbl>
    <w:p>
      <w:pPr>
        <w:spacing w:before="0" w:after="0"/>
      </w:pPr>
    </w:p>
    <w:p>
      <w:r>
        <w:br w:type="page"/>
      </w:r>
    </w:p>
    <w:p>
      <w:pPr>
        <w:pStyle w:val="Heading2"/>
      </w:pPr>
      <w:r>
        <w:t>2. 業務ごとの手順</w:t>
      </w:r>
    </w:p>
    <w:p>
      <w:r>
        <w:rPr>
          <w:rFonts w:ascii="Yu Gothic" w:hAnsi="Yu Gothic" w:eastAsia="Yu Gothic"/>
          <w:b w:val="0"/>
          <w:sz w:val="19"/>
        </w:rPr>
        <w:t>このページを業務の数だけコピーして使います。後任の方がその場で読んで動けるところまで具体的に書くのがコツです。</w:t>
      </w:r>
    </w:p>
    <w:p>
      <w:pPr>
        <w:pStyle w:val="Heading3"/>
      </w:pPr>
      <w:r>
        <w:t>業務 1</w:t>
      </w: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1928"/>
        <w:gridCol w:w="3005"/>
        <w:gridCol w:w="1928"/>
        <w:gridCol w:w="3005"/>
      </w:tblGrid>
      <w:tr>
        <w:trPr>
          <w:trHeight w:val="567" w:hRule="atLeast"/>
        </w:trPr>
        <w:tc>
          <w:tcPr>
            <w:tcW w:type="dxa" w:w="1928"/>
            <w:shd w:val="clear" w:color="auto" w:fill="F2F5F9"/>
            <w:vAlign w:val="center"/>
          </w:tcPr>
          <w:p>
            <w:pPr>
              <w:spacing w:before="40" w:after="40"/>
            </w:pPr>
            <w:r>
              <w:rPr>
                <w:rFonts w:ascii="Yu Gothic" w:hAnsi="Yu Gothic" w:eastAsia="Yu Gothic"/>
                <w:b/>
                <w:sz w:val="18"/>
              </w:rPr>
              <w:t>業務名</w:t>
            </w:r>
          </w:p>
        </w:tc>
        <w:tc>
          <w:tcPr>
            <w:tcW w:type="dxa" w:w="3005"/>
            <w:vAlign w:val="center"/>
          </w:tcPr>
          <w:p>
            <w:pPr>
              <w:spacing w:before="40" w:after="40"/>
            </w:pPr>
            <w:r>
              <w:rPr>
                <w:rFonts w:ascii="Yu Gothic" w:hAnsi="Yu Gothic" w:eastAsia="Yu Gothic"/>
                <w:b w:val="0"/>
                <w:sz w:val="18"/>
              </w:rPr>
            </w:r>
          </w:p>
        </w:tc>
        <w:tc>
          <w:tcPr>
            <w:tcW w:type="dxa" w:w="1928"/>
            <w:shd w:val="clear" w:color="auto" w:fill="F2F5F9"/>
            <w:vAlign w:val="center"/>
          </w:tcPr>
          <w:p>
            <w:pPr>
              <w:spacing w:before="40" w:after="40"/>
            </w:pPr>
            <w:r>
              <w:rPr>
                <w:rFonts w:ascii="Yu Gothic" w:hAnsi="Yu Gothic" w:eastAsia="Yu Gothic"/>
                <w:b/>
                <w:sz w:val="18"/>
              </w:rPr>
              <w:t>実施頻度・締切</w:t>
            </w:r>
          </w:p>
        </w:tc>
        <w:tc>
          <w:tcPr>
            <w:tcW w:type="dxa" w:w="3005"/>
            <w:vAlign w:val="center"/>
          </w:tcPr>
          <w:p>
            <w:pPr>
              <w:spacing w:before="40" w:after="40"/>
            </w:pPr>
            <w:r>
              <w:rPr>
                <w:rFonts w:ascii="Yu Gothic" w:hAnsi="Yu Gothic" w:eastAsia="Yu Gothic"/>
                <w:b w:val="0"/>
                <w:sz w:val="18"/>
              </w:rPr>
            </w:r>
          </w:p>
        </w:tc>
      </w:tr>
      <w:tr>
        <w:trPr>
          <w:trHeight w:val="567" w:hRule="atLeast"/>
        </w:trPr>
        <w:tc>
          <w:tcPr>
            <w:tcW w:type="dxa" w:w="1928"/>
            <w:shd w:val="clear" w:color="auto" w:fill="F2F5F9"/>
            <w:vAlign w:val="center"/>
          </w:tcPr>
          <w:p>
            <w:pPr>
              <w:spacing w:before="40" w:after="40"/>
            </w:pPr>
            <w:r>
              <w:rPr>
                <w:rFonts w:ascii="Yu Gothic" w:hAnsi="Yu Gothic" w:eastAsia="Yu Gothic"/>
                <w:b/>
                <w:sz w:val="18"/>
              </w:rPr>
              <w:t>目的（何のための業務か）</w:t>
            </w:r>
          </w:p>
        </w:tc>
        <w:tc>
          <w:tcPr>
            <w:tcW w:type="dxa" w:w="3005"/>
            <w:vAlign w:val="center"/>
          </w:tcPr>
          <w:p>
            <w:pPr>
              <w:spacing w:before="40" w:after="40"/>
            </w:pPr>
            <w:r>
              <w:rPr>
                <w:rFonts w:ascii="Yu Gothic" w:hAnsi="Yu Gothic" w:eastAsia="Yu Gothic"/>
                <w:b w:val="0"/>
                <w:sz w:val="18"/>
              </w:rPr>
            </w:r>
          </w:p>
        </w:tc>
        <w:tc>
          <w:tcPr>
            <w:tcW w:type="dxa" w:w="1928"/>
            <w:shd w:val="clear" w:color="auto" w:fill="F2F5F9"/>
            <w:vAlign w:val="center"/>
          </w:tcPr>
          <w:p>
            <w:pPr>
              <w:spacing w:before="40" w:after="40"/>
            </w:pPr>
            <w:r>
              <w:rPr>
                <w:rFonts w:ascii="Yu Gothic" w:hAnsi="Yu Gothic" w:eastAsia="Yu Gothic"/>
                <w:b/>
                <w:sz w:val="18"/>
              </w:rPr>
              <w:t>1回あたりの所要時間</w:t>
            </w:r>
          </w:p>
        </w:tc>
        <w:tc>
          <w:tcPr>
            <w:tcW w:type="dxa" w:w="3005"/>
            <w:vAlign w:val="center"/>
          </w:tcPr>
          <w:p>
            <w:pPr>
              <w:spacing w:before="40" w:after="40"/>
            </w:pPr>
            <w:r>
              <w:rPr>
                <w:rFonts w:ascii="Yu Gothic" w:hAnsi="Yu Gothic" w:eastAsia="Yu Gothic"/>
                <w:b w:val="0"/>
                <w:sz w:val="18"/>
              </w:rPr>
            </w:r>
          </w:p>
        </w:tc>
      </w:tr>
      <w:tr>
        <w:trPr>
          <w:trHeight w:val="567" w:hRule="atLeast"/>
        </w:trPr>
        <w:tc>
          <w:tcPr>
            <w:tcW w:type="dxa" w:w="1928"/>
            <w:shd w:val="clear" w:color="auto" w:fill="F2F5F9"/>
            <w:vAlign w:val="center"/>
          </w:tcPr>
          <w:p>
            <w:pPr>
              <w:spacing w:before="40" w:after="40"/>
            </w:pPr>
            <w:r>
              <w:rPr>
                <w:rFonts w:ascii="Yu Gothic" w:hAnsi="Yu Gothic" w:eastAsia="Yu Gothic"/>
                <w:b/>
                <w:sz w:val="18"/>
              </w:rPr>
              <w:t>関係する相手・部署</w:t>
            </w:r>
          </w:p>
        </w:tc>
        <w:tc>
          <w:tcPr>
            <w:tcW w:type="dxa" w:w="3005"/>
            <w:vAlign w:val="center"/>
          </w:tcPr>
          <w:p>
            <w:pPr>
              <w:spacing w:before="40" w:after="40"/>
            </w:pPr>
            <w:r>
              <w:rPr>
                <w:rFonts w:ascii="Yu Gothic" w:hAnsi="Yu Gothic" w:eastAsia="Yu Gothic"/>
                <w:b w:val="0"/>
                <w:sz w:val="18"/>
              </w:rPr>
            </w:r>
          </w:p>
        </w:tc>
        <w:tc>
          <w:tcPr>
            <w:tcW w:type="dxa" w:w="1928"/>
            <w:shd w:val="clear" w:color="auto" w:fill="F2F5F9"/>
            <w:vAlign w:val="center"/>
          </w:tcPr>
          <w:p>
            <w:pPr>
              <w:spacing w:before="40" w:after="40"/>
            </w:pPr>
            <w:r>
              <w:rPr>
                <w:rFonts w:ascii="Yu Gothic" w:hAnsi="Yu Gothic" w:eastAsia="Yu Gothic"/>
                <w:b/>
                <w:sz w:val="18"/>
              </w:rPr>
              <w:t>進捗率(%)</w:t>
            </w:r>
          </w:p>
        </w:tc>
        <w:tc>
          <w:tcPr>
            <w:tcW w:type="dxa" w:w="3005"/>
            <w:vAlign w:val="center"/>
          </w:tcPr>
          <w:p>
            <w:pPr>
              <w:spacing w:before="40" w:after="40"/>
            </w:pPr>
            <w:r>
              <w:rPr>
                <w:rFonts w:ascii="Yu Gothic" w:hAnsi="Yu Gothic" w:eastAsia="Yu Gothic"/>
                <w:b w:val="0"/>
                <w:sz w:val="18"/>
              </w:rPr>
            </w:r>
          </w:p>
        </w:tc>
      </w:tr>
    </w:tbl>
    <w:p>
      <w:pPr>
        <w:spacing w:before="0" w:after="0"/>
      </w:pP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680"/>
        <w:gridCol w:w="4309"/>
        <w:gridCol w:w="2494"/>
        <w:gridCol w:w="2381"/>
      </w:tblGrid>
      <w:tr>
        <w:trPr>
          <w:trHeight w:val="454" w:hRule="atLeast"/>
          <w:tblHeader w:val="true"/>
        </w:trPr>
        <w:tc>
          <w:tcPr>
            <w:tcW w:type="dxa" w:w="680"/>
            <w:shd w:val="clear" w:color="auto" w:fill="DCE6F1"/>
            <w:vAlign w:val="center"/>
          </w:tcPr>
          <w:p>
            <w:pPr>
              <w:spacing w:before="40" w:after="40"/>
              <w:jc w:val="center"/>
            </w:pPr>
            <w:r>
              <w:rPr>
                <w:rFonts w:ascii="Yu Gothic" w:hAnsi="Yu Gothic" w:eastAsia="Yu Gothic"/>
                <w:b/>
                <w:sz w:val="17"/>
              </w:rPr>
              <w:t>手順</w:t>
            </w:r>
          </w:p>
        </w:tc>
        <w:tc>
          <w:tcPr>
            <w:tcW w:type="dxa" w:w="4309"/>
            <w:shd w:val="clear" w:color="auto" w:fill="DCE6F1"/>
            <w:vAlign w:val="center"/>
          </w:tcPr>
          <w:p>
            <w:pPr>
              <w:spacing w:before="40" w:after="40"/>
              <w:jc w:val="center"/>
            </w:pPr>
            <w:r>
              <w:rPr>
                <w:rFonts w:ascii="Yu Gothic" w:hAnsi="Yu Gothic" w:eastAsia="Yu Gothic"/>
                <w:b/>
                <w:sz w:val="17"/>
              </w:rPr>
              <w:t>やること（何を・どこで・どうする）</w:t>
            </w:r>
          </w:p>
        </w:tc>
        <w:tc>
          <w:tcPr>
            <w:tcW w:type="dxa" w:w="2494"/>
            <w:shd w:val="clear" w:color="auto" w:fill="DCE6F1"/>
            <w:vAlign w:val="center"/>
          </w:tcPr>
          <w:p>
            <w:pPr>
              <w:spacing w:before="40" w:after="40"/>
              <w:jc w:val="center"/>
            </w:pPr>
            <w:r>
              <w:rPr>
                <w:rFonts w:ascii="Yu Gothic" w:hAnsi="Yu Gothic" w:eastAsia="Yu Gothic"/>
                <w:b/>
                <w:sz w:val="17"/>
              </w:rPr>
              <w:t>使うシステム・ファイル</w:t>
            </w:r>
          </w:p>
        </w:tc>
        <w:tc>
          <w:tcPr>
            <w:tcW w:type="dxa" w:w="2381"/>
            <w:shd w:val="clear" w:color="auto" w:fill="DCE6F1"/>
            <w:vAlign w:val="center"/>
          </w:tcPr>
          <w:p>
            <w:pPr>
              <w:spacing w:before="40" w:after="40"/>
              <w:jc w:val="center"/>
            </w:pPr>
            <w:r>
              <w:rPr>
                <w:rFonts w:ascii="Yu Gothic" w:hAnsi="Yu Gothic" w:eastAsia="Yu Gothic"/>
                <w:b/>
                <w:sz w:val="17"/>
              </w:rPr>
              <w:t>つまずきやすい点</w:t>
            </w:r>
          </w:p>
        </w:tc>
      </w:tr>
      <w:tr>
        <w:trPr>
          <w:trHeight w:val="567" w:hRule="atLeast"/>
        </w:trPr>
        <w:tc>
          <w:tcPr>
            <w:tcW w:type="dxa" w:w="680"/>
            <w:shd w:val="clear" w:color="auto" w:fill="F2F5F9"/>
            <w:vAlign w:val="center"/>
          </w:tcPr>
          <w:p>
            <w:pPr>
              <w:spacing w:before="40" w:after="40"/>
              <w:jc w:val="center"/>
            </w:pPr>
            <w:r>
              <w:rPr>
                <w:rFonts w:ascii="Yu Gothic" w:hAnsi="Yu Gothic" w:eastAsia="Yu Gothic"/>
                <w:b w:val="0"/>
                <w:sz w:val="18"/>
              </w:rPr>
              <w:t>1</w:t>
            </w:r>
          </w:p>
        </w:tc>
        <w:tc>
          <w:tcPr>
            <w:tcW w:type="dxa" w:w="4309"/>
            <w:vAlign w:val="center"/>
          </w:tcPr>
          <w:p>
            <w:pPr>
              <w:spacing w:before="40" w:after="40"/>
            </w:pPr>
            <w:r>
              <w:rPr>
                <w:rFonts w:ascii="Yu Gothic" w:hAnsi="Yu Gothic" w:eastAsia="Yu Gothic"/>
                <w:b w:val="0"/>
                <w:sz w:val="18"/>
              </w:rPr>
            </w:r>
          </w:p>
        </w:tc>
        <w:tc>
          <w:tcPr>
            <w:tcW w:type="dxa" w:w="2494"/>
            <w:vAlign w:val="center"/>
          </w:tcPr>
          <w:p>
            <w:pPr>
              <w:spacing w:before="40" w:after="40"/>
            </w:pPr>
            <w:r>
              <w:rPr>
                <w:rFonts w:ascii="Yu Gothic" w:hAnsi="Yu Gothic" w:eastAsia="Yu Gothic"/>
                <w:b w:val="0"/>
                <w:sz w:val="18"/>
              </w:rPr>
            </w:r>
          </w:p>
        </w:tc>
        <w:tc>
          <w:tcPr>
            <w:tcW w:type="dxa" w:w="2381"/>
            <w:vAlign w:val="center"/>
          </w:tcPr>
          <w:p>
            <w:pPr>
              <w:spacing w:before="40" w:after="40"/>
            </w:pPr>
            <w:r>
              <w:rPr>
                <w:rFonts w:ascii="Yu Gothic" w:hAnsi="Yu Gothic" w:eastAsia="Yu Gothic"/>
                <w:b w:val="0"/>
                <w:sz w:val="18"/>
              </w:rPr>
            </w:r>
          </w:p>
        </w:tc>
      </w:tr>
      <w:tr>
        <w:trPr>
          <w:trHeight w:val="567" w:hRule="atLeast"/>
        </w:trPr>
        <w:tc>
          <w:tcPr>
            <w:tcW w:type="dxa" w:w="680"/>
            <w:shd w:val="clear" w:color="auto" w:fill="F2F5F9"/>
            <w:vAlign w:val="center"/>
          </w:tcPr>
          <w:p>
            <w:pPr>
              <w:spacing w:before="40" w:after="40"/>
              <w:jc w:val="center"/>
            </w:pPr>
            <w:r>
              <w:rPr>
                <w:rFonts w:ascii="Yu Gothic" w:hAnsi="Yu Gothic" w:eastAsia="Yu Gothic"/>
                <w:b w:val="0"/>
                <w:sz w:val="18"/>
              </w:rPr>
              <w:t>2</w:t>
            </w:r>
          </w:p>
        </w:tc>
        <w:tc>
          <w:tcPr>
            <w:tcW w:type="dxa" w:w="4309"/>
            <w:vAlign w:val="center"/>
          </w:tcPr>
          <w:p>
            <w:pPr>
              <w:spacing w:before="40" w:after="40"/>
            </w:pPr>
            <w:r>
              <w:rPr>
                <w:rFonts w:ascii="Yu Gothic" w:hAnsi="Yu Gothic" w:eastAsia="Yu Gothic"/>
                <w:b w:val="0"/>
                <w:sz w:val="18"/>
              </w:rPr>
            </w:r>
          </w:p>
        </w:tc>
        <w:tc>
          <w:tcPr>
            <w:tcW w:type="dxa" w:w="2494"/>
            <w:vAlign w:val="center"/>
          </w:tcPr>
          <w:p>
            <w:pPr>
              <w:spacing w:before="40" w:after="40"/>
            </w:pPr>
            <w:r>
              <w:rPr>
                <w:rFonts w:ascii="Yu Gothic" w:hAnsi="Yu Gothic" w:eastAsia="Yu Gothic"/>
                <w:b w:val="0"/>
                <w:sz w:val="18"/>
              </w:rPr>
            </w:r>
          </w:p>
        </w:tc>
        <w:tc>
          <w:tcPr>
            <w:tcW w:type="dxa" w:w="2381"/>
            <w:vAlign w:val="center"/>
          </w:tcPr>
          <w:p>
            <w:pPr>
              <w:spacing w:before="40" w:after="40"/>
            </w:pPr>
            <w:r>
              <w:rPr>
                <w:rFonts w:ascii="Yu Gothic" w:hAnsi="Yu Gothic" w:eastAsia="Yu Gothic"/>
                <w:b w:val="0"/>
                <w:sz w:val="18"/>
              </w:rPr>
            </w:r>
          </w:p>
        </w:tc>
      </w:tr>
      <w:tr>
        <w:trPr>
          <w:trHeight w:val="567" w:hRule="atLeast"/>
        </w:trPr>
        <w:tc>
          <w:tcPr>
            <w:tcW w:type="dxa" w:w="680"/>
            <w:shd w:val="clear" w:color="auto" w:fill="F2F5F9"/>
            <w:vAlign w:val="center"/>
          </w:tcPr>
          <w:p>
            <w:pPr>
              <w:spacing w:before="40" w:after="40"/>
              <w:jc w:val="center"/>
            </w:pPr>
            <w:r>
              <w:rPr>
                <w:rFonts w:ascii="Yu Gothic" w:hAnsi="Yu Gothic" w:eastAsia="Yu Gothic"/>
                <w:b w:val="0"/>
                <w:sz w:val="18"/>
              </w:rPr>
              <w:t>3</w:t>
            </w:r>
          </w:p>
        </w:tc>
        <w:tc>
          <w:tcPr>
            <w:tcW w:type="dxa" w:w="4309"/>
            <w:vAlign w:val="center"/>
          </w:tcPr>
          <w:p>
            <w:pPr>
              <w:spacing w:before="40" w:after="40"/>
            </w:pPr>
            <w:r>
              <w:rPr>
                <w:rFonts w:ascii="Yu Gothic" w:hAnsi="Yu Gothic" w:eastAsia="Yu Gothic"/>
                <w:b w:val="0"/>
                <w:sz w:val="18"/>
              </w:rPr>
            </w:r>
          </w:p>
        </w:tc>
        <w:tc>
          <w:tcPr>
            <w:tcW w:type="dxa" w:w="2494"/>
            <w:vAlign w:val="center"/>
          </w:tcPr>
          <w:p>
            <w:pPr>
              <w:spacing w:before="40" w:after="40"/>
            </w:pPr>
            <w:r>
              <w:rPr>
                <w:rFonts w:ascii="Yu Gothic" w:hAnsi="Yu Gothic" w:eastAsia="Yu Gothic"/>
                <w:b w:val="0"/>
                <w:sz w:val="18"/>
              </w:rPr>
            </w:r>
          </w:p>
        </w:tc>
        <w:tc>
          <w:tcPr>
            <w:tcW w:type="dxa" w:w="2381"/>
            <w:vAlign w:val="center"/>
          </w:tcPr>
          <w:p>
            <w:pPr>
              <w:spacing w:before="40" w:after="40"/>
            </w:pPr>
            <w:r>
              <w:rPr>
                <w:rFonts w:ascii="Yu Gothic" w:hAnsi="Yu Gothic" w:eastAsia="Yu Gothic"/>
                <w:b w:val="0"/>
                <w:sz w:val="18"/>
              </w:rPr>
            </w:r>
          </w:p>
        </w:tc>
      </w:tr>
      <w:tr>
        <w:trPr>
          <w:trHeight w:val="567" w:hRule="atLeast"/>
        </w:trPr>
        <w:tc>
          <w:tcPr>
            <w:tcW w:type="dxa" w:w="680"/>
            <w:shd w:val="clear" w:color="auto" w:fill="F2F5F9"/>
            <w:vAlign w:val="center"/>
          </w:tcPr>
          <w:p>
            <w:pPr>
              <w:spacing w:before="40" w:after="40"/>
              <w:jc w:val="center"/>
            </w:pPr>
            <w:r>
              <w:rPr>
                <w:rFonts w:ascii="Yu Gothic" w:hAnsi="Yu Gothic" w:eastAsia="Yu Gothic"/>
                <w:b w:val="0"/>
                <w:sz w:val="18"/>
              </w:rPr>
              <w:t>4</w:t>
            </w:r>
          </w:p>
        </w:tc>
        <w:tc>
          <w:tcPr>
            <w:tcW w:type="dxa" w:w="4309"/>
            <w:vAlign w:val="center"/>
          </w:tcPr>
          <w:p>
            <w:pPr>
              <w:spacing w:before="40" w:after="40"/>
            </w:pPr>
            <w:r>
              <w:rPr>
                <w:rFonts w:ascii="Yu Gothic" w:hAnsi="Yu Gothic" w:eastAsia="Yu Gothic"/>
                <w:b w:val="0"/>
                <w:sz w:val="18"/>
              </w:rPr>
            </w:r>
          </w:p>
        </w:tc>
        <w:tc>
          <w:tcPr>
            <w:tcW w:type="dxa" w:w="2494"/>
            <w:vAlign w:val="center"/>
          </w:tcPr>
          <w:p>
            <w:pPr>
              <w:spacing w:before="40" w:after="40"/>
            </w:pPr>
            <w:r>
              <w:rPr>
                <w:rFonts w:ascii="Yu Gothic" w:hAnsi="Yu Gothic" w:eastAsia="Yu Gothic"/>
                <w:b w:val="0"/>
                <w:sz w:val="18"/>
              </w:rPr>
            </w:r>
          </w:p>
        </w:tc>
        <w:tc>
          <w:tcPr>
            <w:tcW w:type="dxa" w:w="2381"/>
            <w:vAlign w:val="center"/>
          </w:tcPr>
          <w:p>
            <w:pPr>
              <w:spacing w:before="40" w:after="40"/>
            </w:pPr>
            <w:r>
              <w:rPr>
                <w:rFonts w:ascii="Yu Gothic" w:hAnsi="Yu Gothic" w:eastAsia="Yu Gothic"/>
                <w:b w:val="0"/>
                <w:sz w:val="18"/>
              </w:rPr>
            </w:r>
          </w:p>
        </w:tc>
      </w:tr>
      <w:tr>
        <w:trPr>
          <w:trHeight w:val="567" w:hRule="atLeast"/>
        </w:trPr>
        <w:tc>
          <w:tcPr>
            <w:tcW w:type="dxa" w:w="680"/>
            <w:shd w:val="clear" w:color="auto" w:fill="F2F5F9"/>
            <w:vAlign w:val="center"/>
          </w:tcPr>
          <w:p>
            <w:pPr>
              <w:spacing w:before="40" w:after="40"/>
              <w:jc w:val="center"/>
            </w:pPr>
            <w:r>
              <w:rPr>
                <w:rFonts w:ascii="Yu Gothic" w:hAnsi="Yu Gothic" w:eastAsia="Yu Gothic"/>
                <w:b w:val="0"/>
                <w:sz w:val="18"/>
              </w:rPr>
              <w:t>5</w:t>
            </w:r>
          </w:p>
        </w:tc>
        <w:tc>
          <w:tcPr>
            <w:tcW w:type="dxa" w:w="4309"/>
            <w:vAlign w:val="center"/>
          </w:tcPr>
          <w:p>
            <w:pPr>
              <w:spacing w:before="40" w:after="40"/>
            </w:pPr>
            <w:r>
              <w:rPr>
                <w:rFonts w:ascii="Yu Gothic" w:hAnsi="Yu Gothic" w:eastAsia="Yu Gothic"/>
                <w:b w:val="0"/>
                <w:sz w:val="18"/>
              </w:rPr>
            </w:r>
          </w:p>
        </w:tc>
        <w:tc>
          <w:tcPr>
            <w:tcW w:type="dxa" w:w="2494"/>
            <w:vAlign w:val="center"/>
          </w:tcPr>
          <w:p>
            <w:pPr>
              <w:spacing w:before="40" w:after="40"/>
            </w:pPr>
            <w:r>
              <w:rPr>
                <w:rFonts w:ascii="Yu Gothic" w:hAnsi="Yu Gothic" w:eastAsia="Yu Gothic"/>
                <w:b w:val="0"/>
                <w:sz w:val="18"/>
              </w:rPr>
            </w:r>
          </w:p>
        </w:tc>
        <w:tc>
          <w:tcPr>
            <w:tcW w:type="dxa" w:w="2381"/>
            <w:vAlign w:val="center"/>
          </w:tcPr>
          <w:p>
            <w:pPr>
              <w:spacing w:before="40" w:after="40"/>
            </w:pPr>
            <w:r>
              <w:rPr>
                <w:rFonts w:ascii="Yu Gothic" w:hAnsi="Yu Gothic" w:eastAsia="Yu Gothic"/>
                <w:b w:val="0"/>
                <w:sz w:val="18"/>
              </w:rPr>
            </w:r>
          </w:p>
        </w:tc>
      </w:tr>
      <w:tr>
        <w:trPr>
          <w:trHeight w:val="567" w:hRule="atLeast"/>
        </w:trPr>
        <w:tc>
          <w:tcPr>
            <w:tcW w:type="dxa" w:w="680"/>
            <w:shd w:val="clear" w:color="auto" w:fill="F2F5F9"/>
            <w:vAlign w:val="center"/>
          </w:tcPr>
          <w:p>
            <w:pPr>
              <w:spacing w:before="40" w:after="40"/>
              <w:jc w:val="center"/>
            </w:pPr>
            <w:r>
              <w:rPr>
                <w:rFonts w:ascii="Yu Gothic" w:hAnsi="Yu Gothic" w:eastAsia="Yu Gothic"/>
                <w:b w:val="0"/>
                <w:sz w:val="18"/>
              </w:rPr>
              <w:t>6</w:t>
            </w:r>
          </w:p>
        </w:tc>
        <w:tc>
          <w:tcPr>
            <w:tcW w:type="dxa" w:w="4309"/>
            <w:vAlign w:val="center"/>
          </w:tcPr>
          <w:p>
            <w:pPr>
              <w:spacing w:before="40" w:after="40"/>
            </w:pPr>
            <w:r>
              <w:rPr>
                <w:rFonts w:ascii="Yu Gothic" w:hAnsi="Yu Gothic" w:eastAsia="Yu Gothic"/>
                <w:b w:val="0"/>
                <w:sz w:val="18"/>
              </w:rPr>
            </w:r>
          </w:p>
        </w:tc>
        <w:tc>
          <w:tcPr>
            <w:tcW w:type="dxa" w:w="2494"/>
            <w:vAlign w:val="center"/>
          </w:tcPr>
          <w:p>
            <w:pPr>
              <w:spacing w:before="40" w:after="40"/>
            </w:pPr>
            <w:r>
              <w:rPr>
                <w:rFonts w:ascii="Yu Gothic" w:hAnsi="Yu Gothic" w:eastAsia="Yu Gothic"/>
                <w:b w:val="0"/>
                <w:sz w:val="18"/>
              </w:rPr>
            </w:r>
          </w:p>
        </w:tc>
        <w:tc>
          <w:tcPr>
            <w:tcW w:type="dxa" w:w="2381"/>
            <w:vAlign w:val="center"/>
          </w:tcPr>
          <w:p>
            <w:pPr>
              <w:spacing w:before="40" w:after="40"/>
            </w:pPr>
            <w:r>
              <w:rPr>
                <w:rFonts w:ascii="Yu Gothic" w:hAnsi="Yu Gothic" w:eastAsia="Yu Gothic"/>
                <w:b w:val="0"/>
                <w:sz w:val="18"/>
              </w:rPr>
            </w:r>
          </w:p>
        </w:tc>
      </w:tr>
      <w:tr>
        <w:trPr>
          <w:trHeight w:val="567" w:hRule="atLeast"/>
        </w:trPr>
        <w:tc>
          <w:tcPr>
            <w:tcW w:type="dxa" w:w="680"/>
            <w:shd w:val="clear" w:color="auto" w:fill="F2F5F9"/>
            <w:vAlign w:val="center"/>
          </w:tcPr>
          <w:p>
            <w:pPr>
              <w:spacing w:before="40" w:after="40"/>
              <w:jc w:val="center"/>
            </w:pPr>
            <w:r>
              <w:rPr>
                <w:rFonts w:ascii="Yu Gothic" w:hAnsi="Yu Gothic" w:eastAsia="Yu Gothic"/>
                <w:b w:val="0"/>
                <w:sz w:val="18"/>
              </w:rPr>
              <w:t>7</w:t>
            </w:r>
          </w:p>
        </w:tc>
        <w:tc>
          <w:tcPr>
            <w:tcW w:type="dxa" w:w="4309"/>
            <w:vAlign w:val="center"/>
          </w:tcPr>
          <w:p>
            <w:pPr>
              <w:spacing w:before="40" w:after="40"/>
            </w:pPr>
            <w:r>
              <w:rPr>
                <w:rFonts w:ascii="Yu Gothic" w:hAnsi="Yu Gothic" w:eastAsia="Yu Gothic"/>
                <w:b w:val="0"/>
                <w:sz w:val="18"/>
              </w:rPr>
            </w:r>
          </w:p>
        </w:tc>
        <w:tc>
          <w:tcPr>
            <w:tcW w:type="dxa" w:w="2494"/>
            <w:vAlign w:val="center"/>
          </w:tcPr>
          <w:p>
            <w:pPr>
              <w:spacing w:before="40" w:after="40"/>
            </w:pPr>
            <w:r>
              <w:rPr>
                <w:rFonts w:ascii="Yu Gothic" w:hAnsi="Yu Gothic" w:eastAsia="Yu Gothic"/>
                <w:b w:val="0"/>
                <w:sz w:val="18"/>
              </w:rPr>
            </w:r>
          </w:p>
        </w:tc>
        <w:tc>
          <w:tcPr>
            <w:tcW w:type="dxa" w:w="2381"/>
            <w:vAlign w:val="center"/>
          </w:tcPr>
          <w:p>
            <w:pPr>
              <w:spacing w:before="40" w:after="40"/>
            </w:pPr>
            <w:r>
              <w:rPr>
                <w:rFonts w:ascii="Yu Gothic" w:hAnsi="Yu Gothic" w:eastAsia="Yu Gothic"/>
                <w:b w:val="0"/>
                <w:sz w:val="18"/>
              </w:rPr>
            </w:r>
          </w:p>
        </w:tc>
      </w:tr>
      <w:tr>
        <w:trPr>
          <w:trHeight w:val="567" w:hRule="atLeast"/>
        </w:trPr>
        <w:tc>
          <w:tcPr>
            <w:tcW w:type="dxa" w:w="680"/>
            <w:shd w:val="clear" w:color="auto" w:fill="F2F5F9"/>
            <w:vAlign w:val="center"/>
          </w:tcPr>
          <w:p>
            <w:pPr>
              <w:spacing w:before="40" w:after="40"/>
              <w:jc w:val="center"/>
            </w:pPr>
            <w:r>
              <w:rPr>
                <w:rFonts w:ascii="Yu Gothic" w:hAnsi="Yu Gothic" w:eastAsia="Yu Gothic"/>
                <w:b w:val="0"/>
                <w:sz w:val="18"/>
              </w:rPr>
              <w:t>8</w:t>
            </w:r>
          </w:p>
        </w:tc>
        <w:tc>
          <w:tcPr>
            <w:tcW w:type="dxa" w:w="4309"/>
            <w:vAlign w:val="center"/>
          </w:tcPr>
          <w:p>
            <w:pPr>
              <w:spacing w:before="40" w:after="40"/>
            </w:pPr>
            <w:r>
              <w:rPr>
                <w:rFonts w:ascii="Yu Gothic" w:hAnsi="Yu Gothic" w:eastAsia="Yu Gothic"/>
                <w:b w:val="0"/>
                <w:sz w:val="18"/>
              </w:rPr>
            </w:r>
          </w:p>
        </w:tc>
        <w:tc>
          <w:tcPr>
            <w:tcW w:type="dxa" w:w="2494"/>
            <w:vAlign w:val="center"/>
          </w:tcPr>
          <w:p>
            <w:pPr>
              <w:spacing w:before="40" w:after="40"/>
            </w:pPr>
            <w:r>
              <w:rPr>
                <w:rFonts w:ascii="Yu Gothic" w:hAnsi="Yu Gothic" w:eastAsia="Yu Gothic"/>
                <w:b w:val="0"/>
                <w:sz w:val="18"/>
              </w:rPr>
            </w:r>
          </w:p>
        </w:tc>
        <w:tc>
          <w:tcPr>
            <w:tcW w:type="dxa" w:w="2381"/>
            <w:vAlign w:val="center"/>
          </w:tcPr>
          <w:p>
            <w:pPr>
              <w:spacing w:before="40" w:after="40"/>
            </w:pPr>
            <w:r>
              <w:rPr>
                <w:rFonts w:ascii="Yu Gothic" w:hAnsi="Yu Gothic" w:eastAsia="Yu Gothic"/>
                <w:b w:val="0"/>
                <w:sz w:val="18"/>
              </w:rPr>
            </w:r>
          </w:p>
        </w:tc>
      </w:tr>
    </w:tbl>
    <w:p>
      <w:pPr>
        <w:spacing w:before="0" w:after="0"/>
      </w:pP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1928"/>
        <w:gridCol w:w="7937"/>
      </w:tblGrid>
      <w:tr>
        <w:trPr>
          <w:trHeight w:val="680" w:hRule="atLeast"/>
        </w:trPr>
        <w:tc>
          <w:tcPr>
            <w:tcW w:type="dxa" w:w="1928"/>
            <w:shd w:val="clear" w:color="auto" w:fill="F2F5F9"/>
            <w:vAlign w:val="center"/>
          </w:tcPr>
          <w:p>
            <w:pPr>
              <w:spacing w:before="40" w:after="40"/>
            </w:pPr>
            <w:r>
              <w:rPr>
                <w:rFonts w:ascii="Yu Gothic" w:hAnsi="Yu Gothic" w:eastAsia="Yu Gothic"/>
                <w:b/>
                <w:sz w:val="18"/>
              </w:rPr>
              <w:t>完了の判断基準</w:t>
            </w:r>
          </w:p>
        </w:tc>
        <w:tc>
          <w:tcPr>
            <w:tcW w:type="dxa" w:w="7937"/>
            <w:vAlign w:val="center"/>
          </w:tcPr>
          <w:p>
            <w:pPr>
              <w:spacing w:before="40" w:after="40"/>
            </w:pPr>
            <w:r>
              <w:rPr>
                <w:rFonts w:ascii="Yu Gothic" w:hAnsi="Yu Gothic" w:eastAsia="Yu Gothic"/>
                <w:b w:val="0"/>
                <w:sz w:val="18"/>
              </w:rPr>
            </w:r>
          </w:p>
        </w:tc>
      </w:tr>
    </w:tbl>
    <w:p>
      <w:pPr>
        <w:spacing w:before="0" w:after="0"/>
      </w:pPr>
    </w:p>
    <w:p>
      <w:r>
        <w:br w:type="page"/>
      </w:r>
    </w:p>
    <w:p>
      <w:pPr>
        <w:pStyle w:val="Heading3"/>
      </w:pPr>
      <w:r>
        <w:t>業務 2</w:t>
      </w: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1928"/>
        <w:gridCol w:w="3005"/>
        <w:gridCol w:w="1928"/>
        <w:gridCol w:w="3005"/>
      </w:tblGrid>
      <w:tr>
        <w:trPr>
          <w:trHeight w:val="567" w:hRule="atLeast"/>
        </w:trPr>
        <w:tc>
          <w:tcPr>
            <w:tcW w:type="dxa" w:w="1928"/>
            <w:shd w:val="clear" w:color="auto" w:fill="F2F5F9"/>
            <w:vAlign w:val="center"/>
          </w:tcPr>
          <w:p>
            <w:pPr>
              <w:spacing w:before="40" w:after="40"/>
            </w:pPr>
            <w:r>
              <w:rPr>
                <w:rFonts w:ascii="Yu Gothic" w:hAnsi="Yu Gothic" w:eastAsia="Yu Gothic"/>
                <w:b/>
                <w:sz w:val="18"/>
              </w:rPr>
              <w:t>業務名</w:t>
            </w:r>
          </w:p>
        </w:tc>
        <w:tc>
          <w:tcPr>
            <w:tcW w:type="dxa" w:w="3005"/>
            <w:vAlign w:val="center"/>
          </w:tcPr>
          <w:p>
            <w:pPr>
              <w:spacing w:before="40" w:after="40"/>
            </w:pPr>
            <w:r>
              <w:rPr>
                <w:rFonts w:ascii="Yu Gothic" w:hAnsi="Yu Gothic" w:eastAsia="Yu Gothic"/>
                <w:b w:val="0"/>
                <w:sz w:val="18"/>
              </w:rPr>
            </w:r>
          </w:p>
        </w:tc>
        <w:tc>
          <w:tcPr>
            <w:tcW w:type="dxa" w:w="1928"/>
            <w:shd w:val="clear" w:color="auto" w:fill="F2F5F9"/>
            <w:vAlign w:val="center"/>
          </w:tcPr>
          <w:p>
            <w:pPr>
              <w:spacing w:before="40" w:after="40"/>
            </w:pPr>
            <w:r>
              <w:rPr>
                <w:rFonts w:ascii="Yu Gothic" w:hAnsi="Yu Gothic" w:eastAsia="Yu Gothic"/>
                <w:b/>
                <w:sz w:val="18"/>
              </w:rPr>
              <w:t>実施頻度・締切</w:t>
            </w:r>
          </w:p>
        </w:tc>
        <w:tc>
          <w:tcPr>
            <w:tcW w:type="dxa" w:w="3005"/>
            <w:vAlign w:val="center"/>
          </w:tcPr>
          <w:p>
            <w:pPr>
              <w:spacing w:before="40" w:after="40"/>
            </w:pPr>
            <w:r>
              <w:rPr>
                <w:rFonts w:ascii="Yu Gothic" w:hAnsi="Yu Gothic" w:eastAsia="Yu Gothic"/>
                <w:b w:val="0"/>
                <w:sz w:val="18"/>
              </w:rPr>
            </w:r>
          </w:p>
        </w:tc>
      </w:tr>
      <w:tr>
        <w:trPr>
          <w:trHeight w:val="567" w:hRule="atLeast"/>
        </w:trPr>
        <w:tc>
          <w:tcPr>
            <w:tcW w:type="dxa" w:w="1928"/>
            <w:shd w:val="clear" w:color="auto" w:fill="F2F5F9"/>
            <w:vAlign w:val="center"/>
          </w:tcPr>
          <w:p>
            <w:pPr>
              <w:spacing w:before="40" w:after="40"/>
            </w:pPr>
            <w:r>
              <w:rPr>
                <w:rFonts w:ascii="Yu Gothic" w:hAnsi="Yu Gothic" w:eastAsia="Yu Gothic"/>
                <w:b/>
                <w:sz w:val="18"/>
              </w:rPr>
              <w:t>目的（何のための業務か）</w:t>
            </w:r>
          </w:p>
        </w:tc>
        <w:tc>
          <w:tcPr>
            <w:tcW w:type="dxa" w:w="3005"/>
            <w:vAlign w:val="center"/>
          </w:tcPr>
          <w:p>
            <w:pPr>
              <w:spacing w:before="40" w:after="40"/>
            </w:pPr>
            <w:r>
              <w:rPr>
                <w:rFonts w:ascii="Yu Gothic" w:hAnsi="Yu Gothic" w:eastAsia="Yu Gothic"/>
                <w:b w:val="0"/>
                <w:sz w:val="18"/>
              </w:rPr>
            </w:r>
          </w:p>
        </w:tc>
        <w:tc>
          <w:tcPr>
            <w:tcW w:type="dxa" w:w="1928"/>
            <w:shd w:val="clear" w:color="auto" w:fill="F2F5F9"/>
            <w:vAlign w:val="center"/>
          </w:tcPr>
          <w:p>
            <w:pPr>
              <w:spacing w:before="40" w:after="40"/>
            </w:pPr>
            <w:r>
              <w:rPr>
                <w:rFonts w:ascii="Yu Gothic" w:hAnsi="Yu Gothic" w:eastAsia="Yu Gothic"/>
                <w:b/>
                <w:sz w:val="18"/>
              </w:rPr>
              <w:t>1回あたりの所要時間</w:t>
            </w:r>
          </w:p>
        </w:tc>
        <w:tc>
          <w:tcPr>
            <w:tcW w:type="dxa" w:w="3005"/>
            <w:vAlign w:val="center"/>
          </w:tcPr>
          <w:p>
            <w:pPr>
              <w:spacing w:before="40" w:after="40"/>
            </w:pPr>
            <w:r>
              <w:rPr>
                <w:rFonts w:ascii="Yu Gothic" w:hAnsi="Yu Gothic" w:eastAsia="Yu Gothic"/>
                <w:b w:val="0"/>
                <w:sz w:val="18"/>
              </w:rPr>
            </w:r>
          </w:p>
        </w:tc>
      </w:tr>
      <w:tr>
        <w:trPr>
          <w:trHeight w:val="567" w:hRule="atLeast"/>
        </w:trPr>
        <w:tc>
          <w:tcPr>
            <w:tcW w:type="dxa" w:w="1928"/>
            <w:shd w:val="clear" w:color="auto" w:fill="F2F5F9"/>
            <w:vAlign w:val="center"/>
          </w:tcPr>
          <w:p>
            <w:pPr>
              <w:spacing w:before="40" w:after="40"/>
            </w:pPr>
            <w:r>
              <w:rPr>
                <w:rFonts w:ascii="Yu Gothic" w:hAnsi="Yu Gothic" w:eastAsia="Yu Gothic"/>
                <w:b/>
                <w:sz w:val="18"/>
              </w:rPr>
              <w:t>関係する相手・部署</w:t>
            </w:r>
          </w:p>
        </w:tc>
        <w:tc>
          <w:tcPr>
            <w:tcW w:type="dxa" w:w="3005"/>
            <w:vAlign w:val="center"/>
          </w:tcPr>
          <w:p>
            <w:pPr>
              <w:spacing w:before="40" w:after="40"/>
            </w:pPr>
            <w:r>
              <w:rPr>
                <w:rFonts w:ascii="Yu Gothic" w:hAnsi="Yu Gothic" w:eastAsia="Yu Gothic"/>
                <w:b w:val="0"/>
                <w:sz w:val="18"/>
              </w:rPr>
            </w:r>
          </w:p>
        </w:tc>
        <w:tc>
          <w:tcPr>
            <w:tcW w:type="dxa" w:w="1928"/>
            <w:shd w:val="clear" w:color="auto" w:fill="F2F5F9"/>
            <w:vAlign w:val="center"/>
          </w:tcPr>
          <w:p>
            <w:pPr>
              <w:spacing w:before="40" w:after="40"/>
            </w:pPr>
            <w:r>
              <w:rPr>
                <w:rFonts w:ascii="Yu Gothic" w:hAnsi="Yu Gothic" w:eastAsia="Yu Gothic"/>
                <w:b/>
                <w:sz w:val="18"/>
              </w:rPr>
              <w:t>進捗率(%)</w:t>
            </w:r>
          </w:p>
        </w:tc>
        <w:tc>
          <w:tcPr>
            <w:tcW w:type="dxa" w:w="3005"/>
            <w:vAlign w:val="center"/>
          </w:tcPr>
          <w:p>
            <w:pPr>
              <w:spacing w:before="40" w:after="40"/>
            </w:pPr>
            <w:r>
              <w:rPr>
                <w:rFonts w:ascii="Yu Gothic" w:hAnsi="Yu Gothic" w:eastAsia="Yu Gothic"/>
                <w:b w:val="0"/>
                <w:sz w:val="18"/>
              </w:rPr>
            </w:r>
          </w:p>
        </w:tc>
      </w:tr>
    </w:tbl>
    <w:p>
      <w:pPr>
        <w:spacing w:before="0" w:after="0"/>
      </w:pP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680"/>
        <w:gridCol w:w="4309"/>
        <w:gridCol w:w="2494"/>
        <w:gridCol w:w="2381"/>
      </w:tblGrid>
      <w:tr>
        <w:trPr>
          <w:trHeight w:val="454" w:hRule="atLeast"/>
          <w:tblHeader w:val="true"/>
        </w:trPr>
        <w:tc>
          <w:tcPr>
            <w:tcW w:type="dxa" w:w="680"/>
            <w:shd w:val="clear" w:color="auto" w:fill="DCE6F1"/>
            <w:vAlign w:val="center"/>
          </w:tcPr>
          <w:p>
            <w:pPr>
              <w:spacing w:before="40" w:after="40"/>
              <w:jc w:val="center"/>
            </w:pPr>
            <w:r>
              <w:rPr>
                <w:rFonts w:ascii="Yu Gothic" w:hAnsi="Yu Gothic" w:eastAsia="Yu Gothic"/>
                <w:b/>
                <w:sz w:val="17"/>
              </w:rPr>
              <w:t>手順</w:t>
            </w:r>
          </w:p>
        </w:tc>
        <w:tc>
          <w:tcPr>
            <w:tcW w:type="dxa" w:w="4309"/>
            <w:shd w:val="clear" w:color="auto" w:fill="DCE6F1"/>
            <w:vAlign w:val="center"/>
          </w:tcPr>
          <w:p>
            <w:pPr>
              <w:spacing w:before="40" w:after="40"/>
              <w:jc w:val="center"/>
            </w:pPr>
            <w:r>
              <w:rPr>
                <w:rFonts w:ascii="Yu Gothic" w:hAnsi="Yu Gothic" w:eastAsia="Yu Gothic"/>
                <w:b/>
                <w:sz w:val="17"/>
              </w:rPr>
              <w:t>やること（何を・どこで・どうする）</w:t>
            </w:r>
          </w:p>
        </w:tc>
        <w:tc>
          <w:tcPr>
            <w:tcW w:type="dxa" w:w="2494"/>
            <w:shd w:val="clear" w:color="auto" w:fill="DCE6F1"/>
            <w:vAlign w:val="center"/>
          </w:tcPr>
          <w:p>
            <w:pPr>
              <w:spacing w:before="40" w:after="40"/>
              <w:jc w:val="center"/>
            </w:pPr>
            <w:r>
              <w:rPr>
                <w:rFonts w:ascii="Yu Gothic" w:hAnsi="Yu Gothic" w:eastAsia="Yu Gothic"/>
                <w:b/>
                <w:sz w:val="17"/>
              </w:rPr>
              <w:t>使うシステム・ファイル</w:t>
            </w:r>
          </w:p>
        </w:tc>
        <w:tc>
          <w:tcPr>
            <w:tcW w:type="dxa" w:w="2381"/>
            <w:shd w:val="clear" w:color="auto" w:fill="DCE6F1"/>
            <w:vAlign w:val="center"/>
          </w:tcPr>
          <w:p>
            <w:pPr>
              <w:spacing w:before="40" w:after="40"/>
              <w:jc w:val="center"/>
            </w:pPr>
            <w:r>
              <w:rPr>
                <w:rFonts w:ascii="Yu Gothic" w:hAnsi="Yu Gothic" w:eastAsia="Yu Gothic"/>
                <w:b/>
                <w:sz w:val="17"/>
              </w:rPr>
              <w:t>つまずきやすい点</w:t>
            </w:r>
          </w:p>
        </w:tc>
      </w:tr>
      <w:tr>
        <w:trPr>
          <w:trHeight w:val="567" w:hRule="atLeast"/>
        </w:trPr>
        <w:tc>
          <w:tcPr>
            <w:tcW w:type="dxa" w:w="680"/>
            <w:shd w:val="clear" w:color="auto" w:fill="F2F5F9"/>
            <w:vAlign w:val="center"/>
          </w:tcPr>
          <w:p>
            <w:pPr>
              <w:spacing w:before="40" w:after="40"/>
              <w:jc w:val="center"/>
            </w:pPr>
            <w:r>
              <w:rPr>
                <w:rFonts w:ascii="Yu Gothic" w:hAnsi="Yu Gothic" w:eastAsia="Yu Gothic"/>
                <w:b w:val="0"/>
                <w:sz w:val="18"/>
              </w:rPr>
              <w:t>1</w:t>
            </w:r>
          </w:p>
        </w:tc>
        <w:tc>
          <w:tcPr>
            <w:tcW w:type="dxa" w:w="4309"/>
            <w:vAlign w:val="center"/>
          </w:tcPr>
          <w:p>
            <w:pPr>
              <w:spacing w:before="40" w:after="40"/>
            </w:pPr>
            <w:r>
              <w:rPr>
                <w:rFonts w:ascii="Yu Gothic" w:hAnsi="Yu Gothic" w:eastAsia="Yu Gothic"/>
                <w:b w:val="0"/>
                <w:sz w:val="18"/>
              </w:rPr>
            </w:r>
          </w:p>
        </w:tc>
        <w:tc>
          <w:tcPr>
            <w:tcW w:type="dxa" w:w="2494"/>
            <w:vAlign w:val="center"/>
          </w:tcPr>
          <w:p>
            <w:pPr>
              <w:spacing w:before="40" w:after="40"/>
            </w:pPr>
            <w:r>
              <w:rPr>
                <w:rFonts w:ascii="Yu Gothic" w:hAnsi="Yu Gothic" w:eastAsia="Yu Gothic"/>
                <w:b w:val="0"/>
                <w:sz w:val="18"/>
              </w:rPr>
            </w:r>
          </w:p>
        </w:tc>
        <w:tc>
          <w:tcPr>
            <w:tcW w:type="dxa" w:w="2381"/>
            <w:vAlign w:val="center"/>
          </w:tcPr>
          <w:p>
            <w:pPr>
              <w:spacing w:before="40" w:after="40"/>
            </w:pPr>
            <w:r>
              <w:rPr>
                <w:rFonts w:ascii="Yu Gothic" w:hAnsi="Yu Gothic" w:eastAsia="Yu Gothic"/>
                <w:b w:val="0"/>
                <w:sz w:val="18"/>
              </w:rPr>
            </w:r>
          </w:p>
        </w:tc>
      </w:tr>
      <w:tr>
        <w:trPr>
          <w:trHeight w:val="567" w:hRule="atLeast"/>
        </w:trPr>
        <w:tc>
          <w:tcPr>
            <w:tcW w:type="dxa" w:w="680"/>
            <w:shd w:val="clear" w:color="auto" w:fill="F2F5F9"/>
            <w:vAlign w:val="center"/>
          </w:tcPr>
          <w:p>
            <w:pPr>
              <w:spacing w:before="40" w:after="40"/>
              <w:jc w:val="center"/>
            </w:pPr>
            <w:r>
              <w:rPr>
                <w:rFonts w:ascii="Yu Gothic" w:hAnsi="Yu Gothic" w:eastAsia="Yu Gothic"/>
                <w:b w:val="0"/>
                <w:sz w:val="18"/>
              </w:rPr>
              <w:t>2</w:t>
            </w:r>
          </w:p>
        </w:tc>
        <w:tc>
          <w:tcPr>
            <w:tcW w:type="dxa" w:w="4309"/>
            <w:vAlign w:val="center"/>
          </w:tcPr>
          <w:p>
            <w:pPr>
              <w:spacing w:before="40" w:after="40"/>
            </w:pPr>
            <w:r>
              <w:rPr>
                <w:rFonts w:ascii="Yu Gothic" w:hAnsi="Yu Gothic" w:eastAsia="Yu Gothic"/>
                <w:b w:val="0"/>
                <w:sz w:val="18"/>
              </w:rPr>
            </w:r>
          </w:p>
        </w:tc>
        <w:tc>
          <w:tcPr>
            <w:tcW w:type="dxa" w:w="2494"/>
            <w:vAlign w:val="center"/>
          </w:tcPr>
          <w:p>
            <w:pPr>
              <w:spacing w:before="40" w:after="40"/>
            </w:pPr>
            <w:r>
              <w:rPr>
                <w:rFonts w:ascii="Yu Gothic" w:hAnsi="Yu Gothic" w:eastAsia="Yu Gothic"/>
                <w:b w:val="0"/>
                <w:sz w:val="18"/>
              </w:rPr>
            </w:r>
          </w:p>
        </w:tc>
        <w:tc>
          <w:tcPr>
            <w:tcW w:type="dxa" w:w="2381"/>
            <w:vAlign w:val="center"/>
          </w:tcPr>
          <w:p>
            <w:pPr>
              <w:spacing w:before="40" w:after="40"/>
            </w:pPr>
            <w:r>
              <w:rPr>
                <w:rFonts w:ascii="Yu Gothic" w:hAnsi="Yu Gothic" w:eastAsia="Yu Gothic"/>
                <w:b w:val="0"/>
                <w:sz w:val="18"/>
              </w:rPr>
            </w:r>
          </w:p>
        </w:tc>
      </w:tr>
      <w:tr>
        <w:trPr>
          <w:trHeight w:val="567" w:hRule="atLeast"/>
        </w:trPr>
        <w:tc>
          <w:tcPr>
            <w:tcW w:type="dxa" w:w="680"/>
            <w:shd w:val="clear" w:color="auto" w:fill="F2F5F9"/>
            <w:vAlign w:val="center"/>
          </w:tcPr>
          <w:p>
            <w:pPr>
              <w:spacing w:before="40" w:after="40"/>
              <w:jc w:val="center"/>
            </w:pPr>
            <w:r>
              <w:rPr>
                <w:rFonts w:ascii="Yu Gothic" w:hAnsi="Yu Gothic" w:eastAsia="Yu Gothic"/>
                <w:b w:val="0"/>
                <w:sz w:val="18"/>
              </w:rPr>
              <w:t>3</w:t>
            </w:r>
          </w:p>
        </w:tc>
        <w:tc>
          <w:tcPr>
            <w:tcW w:type="dxa" w:w="4309"/>
            <w:vAlign w:val="center"/>
          </w:tcPr>
          <w:p>
            <w:pPr>
              <w:spacing w:before="40" w:after="40"/>
            </w:pPr>
            <w:r>
              <w:rPr>
                <w:rFonts w:ascii="Yu Gothic" w:hAnsi="Yu Gothic" w:eastAsia="Yu Gothic"/>
                <w:b w:val="0"/>
                <w:sz w:val="18"/>
              </w:rPr>
            </w:r>
          </w:p>
        </w:tc>
        <w:tc>
          <w:tcPr>
            <w:tcW w:type="dxa" w:w="2494"/>
            <w:vAlign w:val="center"/>
          </w:tcPr>
          <w:p>
            <w:pPr>
              <w:spacing w:before="40" w:after="40"/>
            </w:pPr>
            <w:r>
              <w:rPr>
                <w:rFonts w:ascii="Yu Gothic" w:hAnsi="Yu Gothic" w:eastAsia="Yu Gothic"/>
                <w:b w:val="0"/>
                <w:sz w:val="18"/>
              </w:rPr>
            </w:r>
          </w:p>
        </w:tc>
        <w:tc>
          <w:tcPr>
            <w:tcW w:type="dxa" w:w="2381"/>
            <w:vAlign w:val="center"/>
          </w:tcPr>
          <w:p>
            <w:pPr>
              <w:spacing w:before="40" w:after="40"/>
            </w:pPr>
            <w:r>
              <w:rPr>
                <w:rFonts w:ascii="Yu Gothic" w:hAnsi="Yu Gothic" w:eastAsia="Yu Gothic"/>
                <w:b w:val="0"/>
                <w:sz w:val="18"/>
              </w:rPr>
            </w:r>
          </w:p>
        </w:tc>
      </w:tr>
      <w:tr>
        <w:trPr>
          <w:trHeight w:val="567" w:hRule="atLeast"/>
        </w:trPr>
        <w:tc>
          <w:tcPr>
            <w:tcW w:type="dxa" w:w="680"/>
            <w:shd w:val="clear" w:color="auto" w:fill="F2F5F9"/>
            <w:vAlign w:val="center"/>
          </w:tcPr>
          <w:p>
            <w:pPr>
              <w:spacing w:before="40" w:after="40"/>
              <w:jc w:val="center"/>
            </w:pPr>
            <w:r>
              <w:rPr>
                <w:rFonts w:ascii="Yu Gothic" w:hAnsi="Yu Gothic" w:eastAsia="Yu Gothic"/>
                <w:b w:val="0"/>
                <w:sz w:val="18"/>
              </w:rPr>
              <w:t>4</w:t>
            </w:r>
          </w:p>
        </w:tc>
        <w:tc>
          <w:tcPr>
            <w:tcW w:type="dxa" w:w="4309"/>
            <w:vAlign w:val="center"/>
          </w:tcPr>
          <w:p>
            <w:pPr>
              <w:spacing w:before="40" w:after="40"/>
            </w:pPr>
            <w:r>
              <w:rPr>
                <w:rFonts w:ascii="Yu Gothic" w:hAnsi="Yu Gothic" w:eastAsia="Yu Gothic"/>
                <w:b w:val="0"/>
                <w:sz w:val="18"/>
              </w:rPr>
            </w:r>
          </w:p>
        </w:tc>
        <w:tc>
          <w:tcPr>
            <w:tcW w:type="dxa" w:w="2494"/>
            <w:vAlign w:val="center"/>
          </w:tcPr>
          <w:p>
            <w:pPr>
              <w:spacing w:before="40" w:after="40"/>
            </w:pPr>
            <w:r>
              <w:rPr>
                <w:rFonts w:ascii="Yu Gothic" w:hAnsi="Yu Gothic" w:eastAsia="Yu Gothic"/>
                <w:b w:val="0"/>
                <w:sz w:val="18"/>
              </w:rPr>
            </w:r>
          </w:p>
        </w:tc>
        <w:tc>
          <w:tcPr>
            <w:tcW w:type="dxa" w:w="2381"/>
            <w:vAlign w:val="center"/>
          </w:tcPr>
          <w:p>
            <w:pPr>
              <w:spacing w:before="40" w:after="40"/>
            </w:pPr>
            <w:r>
              <w:rPr>
                <w:rFonts w:ascii="Yu Gothic" w:hAnsi="Yu Gothic" w:eastAsia="Yu Gothic"/>
                <w:b w:val="0"/>
                <w:sz w:val="18"/>
              </w:rPr>
            </w:r>
          </w:p>
        </w:tc>
      </w:tr>
      <w:tr>
        <w:trPr>
          <w:trHeight w:val="567" w:hRule="atLeast"/>
        </w:trPr>
        <w:tc>
          <w:tcPr>
            <w:tcW w:type="dxa" w:w="680"/>
            <w:shd w:val="clear" w:color="auto" w:fill="F2F5F9"/>
            <w:vAlign w:val="center"/>
          </w:tcPr>
          <w:p>
            <w:pPr>
              <w:spacing w:before="40" w:after="40"/>
              <w:jc w:val="center"/>
            </w:pPr>
            <w:r>
              <w:rPr>
                <w:rFonts w:ascii="Yu Gothic" w:hAnsi="Yu Gothic" w:eastAsia="Yu Gothic"/>
                <w:b w:val="0"/>
                <w:sz w:val="18"/>
              </w:rPr>
              <w:t>5</w:t>
            </w:r>
          </w:p>
        </w:tc>
        <w:tc>
          <w:tcPr>
            <w:tcW w:type="dxa" w:w="4309"/>
            <w:vAlign w:val="center"/>
          </w:tcPr>
          <w:p>
            <w:pPr>
              <w:spacing w:before="40" w:after="40"/>
            </w:pPr>
            <w:r>
              <w:rPr>
                <w:rFonts w:ascii="Yu Gothic" w:hAnsi="Yu Gothic" w:eastAsia="Yu Gothic"/>
                <w:b w:val="0"/>
                <w:sz w:val="18"/>
              </w:rPr>
            </w:r>
          </w:p>
        </w:tc>
        <w:tc>
          <w:tcPr>
            <w:tcW w:type="dxa" w:w="2494"/>
            <w:vAlign w:val="center"/>
          </w:tcPr>
          <w:p>
            <w:pPr>
              <w:spacing w:before="40" w:after="40"/>
            </w:pPr>
            <w:r>
              <w:rPr>
                <w:rFonts w:ascii="Yu Gothic" w:hAnsi="Yu Gothic" w:eastAsia="Yu Gothic"/>
                <w:b w:val="0"/>
                <w:sz w:val="18"/>
              </w:rPr>
            </w:r>
          </w:p>
        </w:tc>
        <w:tc>
          <w:tcPr>
            <w:tcW w:type="dxa" w:w="2381"/>
            <w:vAlign w:val="center"/>
          </w:tcPr>
          <w:p>
            <w:pPr>
              <w:spacing w:before="40" w:after="40"/>
            </w:pPr>
            <w:r>
              <w:rPr>
                <w:rFonts w:ascii="Yu Gothic" w:hAnsi="Yu Gothic" w:eastAsia="Yu Gothic"/>
                <w:b w:val="0"/>
                <w:sz w:val="18"/>
              </w:rPr>
            </w:r>
          </w:p>
        </w:tc>
      </w:tr>
      <w:tr>
        <w:trPr>
          <w:trHeight w:val="567" w:hRule="atLeast"/>
        </w:trPr>
        <w:tc>
          <w:tcPr>
            <w:tcW w:type="dxa" w:w="680"/>
            <w:shd w:val="clear" w:color="auto" w:fill="F2F5F9"/>
            <w:vAlign w:val="center"/>
          </w:tcPr>
          <w:p>
            <w:pPr>
              <w:spacing w:before="40" w:after="40"/>
              <w:jc w:val="center"/>
            </w:pPr>
            <w:r>
              <w:rPr>
                <w:rFonts w:ascii="Yu Gothic" w:hAnsi="Yu Gothic" w:eastAsia="Yu Gothic"/>
                <w:b w:val="0"/>
                <w:sz w:val="18"/>
              </w:rPr>
              <w:t>6</w:t>
            </w:r>
          </w:p>
        </w:tc>
        <w:tc>
          <w:tcPr>
            <w:tcW w:type="dxa" w:w="4309"/>
            <w:vAlign w:val="center"/>
          </w:tcPr>
          <w:p>
            <w:pPr>
              <w:spacing w:before="40" w:after="40"/>
            </w:pPr>
            <w:r>
              <w:rPr>
                <w:rFonts w:ascii="Yu Gothic" w:hAnsi="Yu Gothic" w:eastAsia="Yu Gothic"/>
                <w:b w:val="0"/>
                <w:sz w:val="18"/>
              </w:rPr>
            </w:r>
          </w:p>
        </w:tc>
        <w:tc>
          <w:tcPr>
            <w:tcW w:type="dxa" w:w="2494"/>
            <w:vAlign w:val="center"/>
          </w:tcPr>
          <w:p>
            <w:pPr>
              <w:spacing w:before="40" w:after="40"/>
            </w:pPr>
            <w:r>
              <w:rPr>
                <w:rFonts w:ascii="Yu Gothic" w:hAnsi="Yu Gothic" w:eastAsia="Yu Gothic"/>
                <w:b w:val="0"/>
                <w:sz w:val="18"/>
              </w:rPr>
            </w:r>
          </w:p>
        </w:tc>
        <w:tc>
          <w:tcPr>
            <w:tcW w:type="dxa" w:w="2381"/>
            <w:vAlign w:val="center"/>
          </w:tcPr>
          <w:p>
            <w:pPr>
              <w:spacing w:before="40" w:after="40"/>
            </w:pPr>
            <w:r>
              <w:rPr>
                <w:rFonts w:ascii="Yu Gothic" w:hAnsi="Yu Gothic" w:eastAsia="Yu Gothic"/>
                <w:b w:val="0"/>
                <w:sz w:val="18"/>
              </w:rPr>
            </w:r>
          </w:p>
        </w:tc>
      </w:tr>
      <w:tr>
        <w:trPr>
          <w:trHeight w:val="567" w:hRule="atLeast"/>
        </w:trPr>
        <w:tc>
          <w:tcPr>
            <w:tcW w:type="dxa" w:w="680"/>
            <w:shd w:val="clear" w:color="auto" w:fill="F2F5F9"/>
            <w:vAlign w:val="center"/>
          </w:tcPr>
          <w:p>
            <w:pPr>
              <w:spacing w:before="40" w:after="40"/>
              <w:jc w:val="center"/>
            </w:pPr>
            <w:r>
              <w:rPr>
                <w:rFonts w:ascii="Yu Gothic" w:hAnsi="Yu Gothic" w:eastAsia="Yu Gothic"/>
                <w:b w:val="0"/>
                <w:sz w:val="18"/>
              </w:rPr>
              <w:t>7</w:t>
            </w:r>
          </w:p>
        </w:tc>
        <w:tc>
          <w:tcPr>
            <w:tcW w:type="dxa" w:w="4309"/>
            <w:vAlign w:val="center"/>
          </w:tcPr>
          <w:p>
            <w:pPr>
              <w:spacing w:before="40" w:after="40"/>
            </w:pPr>
            <w:r>
              <w:rPr>
                <w:rFonts w:ascii="Yu Gothic" w:hAnsi="Yu Gothic" w:eastAsia="Yu Gothic"/>
                <w:b w:val="0"/>
                <w:sz w:val="18"/>
              </w:rPr>
            </w:r>
          </w:p>
        </w:tc>
        <w:tc>
          <w:tcPr>
            <w:tcW w:type="dxa" w:w="2494"/>
            <w:vAlign w:val="center"/>
          </w:tcPr>
          <w:p>
            <w:pPr>
              <w:spacing w:before="40" w:after="40"/>
            </w:pPr>
            <w:r>
              <w:rPr>
                <w:rFonts w:ascii="Yu Gothic" w:hAnsi="Yu Gothic" w:eastAsia="Yu Gothic"/>
                <w:b w:val="0"/>
                <w:sz w:val="18"/>
              </w:rPr>
            </w:r>
          </w:p>
        </w:tc>
        <w:tc>
          <w:tcPr>
            <w:tcW w:type="dxa" w:w="2381"/>
            <w:vAlign w:val="center"/>
          </w:tcPr>
          <w:p>
            <w:pPr>
              <w:spacing w:before="40" w:after="40"/>
            </w:pPr>
            <w:r>
              <w:rPr>
                <w:rFonts w:ascii="Yu Gothic" w:hAnsi="Yu Gothic" w:eastAsia="Yu Gothic"/>
                <w:b w:val="0"/>
                <w:sz w:val="18"/>
              </w:rPr>
            </w:r>
          </w:p>
        </w:tc>
      </w:tr>
      <w:tr>
        <w:trPr>
          <w:trHeight w:val="567" w:hRule="atLeast"/>
        </w:trPr>
        <w:tc>
          <w:tcPr>
            <w:tcW w:type="dxa" w:w="680"/>
            <w:shd w:val="clear" w:color="auto" w:fill="F2F5F9"/>
            <w:vAlign w:val="center"/>
          </w:tcPr>
          <w:p>
            <w:pPr>
              <w:spacing w:before="40" w:after="40"/>
              <w:jc w:val="center"/>
            </w:pPr>
            <w:r>
              <w:rPr>
                <w:rFonts w:ascii="Yu Gothic" w:hAnsi="Yu Gothic" w:eastAsia="Yu Gothic"/>
                <w:b w:val="0"/>
                <w:sz w:val="18"/>
              </w:rPr>
              <w:t>8</w:t>
            </w:r>
          </w:p>
        </w:tc>
        <w:tc>
          <w:tcPr>
            <w:tcW w:type="dxa" w:w="4309"/>
            <w:vAlign w:val="center"/>
          </w:tcPr>
          <w:p>
            <w:pPr>
              <w:spacing w:before="40" w:after="40"/>
            </w:pPr>
            <w:r>
              <w:rPr>
                <w:rFonts w:ascii="Yu Gothic" w:hAnsi="Yu Gothic" w:eastAsia="Yu Gothic"/>
                <w:b w:val="0"/>
                <w:sz w:val="18"/>
              </w:rPr>
            </w:r>
          </w:p>
        </w:tc>
        <w:tc>
          <w:tcPr>
            <w:tcW w:type="dxa" w:w="2494"/>
            <w:vAlign w:val="center"/>
          </w:tcPr>
          <w:p>
            <w:pPr>
              <w:spacing w:before="40" w:after="40"/>
            </w:pPr>
            <w:r>
              <w:rPr>
                <w:rFonts w:ascii="Yu Gothic" w:hAnsi="Yu Gothic" w:eastAsia="Yu Gothic"/>
                <w:b w:val="0"/>
                <w:sz w:val="18"/>
              </w:rPr>
            </w:r>
          </w:p>
        </w:tc>
        <w:tc>
          <w:tcPr>
            <w:tcW w:type="dxa" w:w="2381"/>
            <w:vAlign w:val="center"/>
          </w:tcPr>
          <w:p>
            <w:pPr>
              <w:spacing w:before="40" w:after="40"/>
            </w:pPr>
            <w:r>
              <w:rPr>
                <w:rFonts w:ascii="Yu Gothic" w:hAnsi="Yu Gothic" w:eastAsia="Yu Gothic"/>
                <w:b w:val="0"/>
                <w:sz w:val="18"/>
              </w:rPr>
            </w:r>
          </w:p>
        </w:tc>
      </w:tr>
    </w:tbl>
    <w:p>
      <w:pPr>
        <w:spacing w:before="0" w:after="0"/>
      </w:pP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1928"/>
        <w:gridCol w:w="7937"/>
      </w:tblGrid>
      <w:tr>
        <w:trPr>
          <w:trHeight w:val="680" w:hRule="atLeast"/>
        </w:trPr>
        <w:tc>
          <w:tcPr>
            <w:tcW w:type="dxa" w:w="1928"/>
            <w:shd w:val="clear" w:color="auto" w:fill="F2F5F9"/>
            <w:vAlign w:val="center"/>
          </w:tcPr>
          <w:p>
            <w:pPr>
              <w:spacing w:before="40" w:after="40"/>
            </w:pPr>
            <w:r>
              <w:rPr>
                <w:rFonts w:ascii="Yu Gothic" w:hAnsi="Yu Gothic" w:eastAsia="Yu Gothic"/>
                <w:b/>
                <w:sz w:val="18"/>
              </w:rPr>
              <w:t>完了の判断基準</w:t>
            </w:r>
          </w:p>
        </w:tc>
        <w:tc>
          <w:tcPr>
            <w:tcW w:type="dxa" w:w="7937"/>
            <w:vAlign w:val="center"/>
          </w:tcPr>
          <w:p>
            <w:pPr>
              <w:spacing w:before="40" w:after="40"/>
            </w:pPr>
            <w:r>
              <w:rPr>
                <w:rFonts w:ascii="Yu Gothic" w:hAnsi="Yu Gothic" w:eastAsia="Yu Gothic"/>
                <w:b w:val="0"/>
                <w:sz w:val="18"/>
              </w:rPr>
            </w:r>
          </w:p>
        </w:tc>
      </w:tr>
    </w:tbl>
    <w:p>
      <w:pPr>
        <w:spacing w:before="0" w:after="0"/>
      </w:pPr>
    </w:p>
    <w:p>
      <w:r>
        <w:br w:type="page"/>
      </w:r>
    </w:p>
    <w:p>
      <w:pPr>
        <w:pStyle w:val="Heading2"/>
      </w:pPr>
      <w:r>
        <w:t>3. 関係者・連絡先</w:t>
      </w: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1020"/>
        <w:gridCol w:w="1814"/>
        <w:gridCol w:w="1474"/>
        <w:gridCol w:w="1361"/>
        <w:gridCol w:w="1928"/>
        <w:gridCol w:w="2268"/>
      </w:tblGrid>
      <w:tr>
        <w:trPr>
          <w:trHeight w:val="454" w:hRule="atLeast"/>
          <w:tblHeader w:val="true"/>
        </w:trPr>
        <w:tc>
          <w:tcPr>
            <w:tcW w:type="dxa" w:w="1020"/>
            <w:shd w:val="clear" w:color="auto" w:fill="DCE6F1"/>
            <w:vAlign w:val="center"/>
          </w:tcPr>
          <w:p>
            <w:pPr>
              <w:spacing w:before="40" w:after="40"/>
              <w:jc w:val="center"/>
            </w:pPr>
            <w:r>
              <w:rPr>
                <w:rFonts w:ascii="Yu Gothic" w:hAnsi="Yu Gothic" w:eastAsia="Yu Gothic"/>
                <w:b/>
                <w:sz w:val="17"/>
              </w:rPr>
              <w:t>区分</w:t>
            </w:r>
          </w:p>
        </w:tc>
        <w:tc>
          <w:tcPr>
            <w:tcW w:type="dxa" w:w="1814"/>
            <w:shd w:val="clear" w:color="auto" w:fill="DCE6F1"/>
            <w:vAlign w:val="center"/>
          </w:tcPr>
          <w:p>
            <w:pPr>
              <w:spacing w:before="40" w:after="40"/>
              <w:jc w:val="center"/>
            </w:pPr>
            <w:r>
              <w:rPr>
                <w:rFonts w:ascii="Yu Gothic" w:hAnsi="Yu Gothic" w:eastAsia="Yu Gothic"/>
                <w:b/>
                <w:sz w:val="17"/>
              </w:rPr>
              <w:t>会社・部署</w:t>
            </w:r>
          </w:p>
        </w:tc>
        <w:tc>
          <w:tcPr>
            <w:tcW w:type="dxa" w:w="1474"/>
            <w:shd w:val="clear" w:color="auto" w:fill="DCE6F1"/>
            <w:vAlign w:val="center"/>
          </w:tcPr>
          <w:p>
            <w:pPr>
              <w:spacing w:before="40" w:after="40"/>
              <w:jc w:val="center"/>
            </w:pPr>
            <w:r>
              <w:rPr>
                <w:rFonts w:ascii="Yu Gothic" w:hAnsi="Yu Gothic" w:eastAsia="Yu Gothic"/>
                <w:b/>
                <w:sz w:val="17"/>
              </w:rPr>
              <w:t>役割</w:t>
            </w:r>
          </w:p>
        </w:tc>
        <w:tc>
          <w:tcPr>
            <w:tcW w:type="dxa" w:w="1361"/>
            <w:shd w:val="clear" w:color="auto" w:fill="DCE6F1"/>
            <w:vAlign w:val="center"/>
          </w:tcPr>
          <w:p>
            <w:pPr>
              <w:spacing w:before="40" w:after="40"/>
              <w:jc w:val="center"/>
            </w:pPr>
            <w:r>
              <w:rPr>
                <w:rFonts w:ascii="Yu Gothic" w:hAnsi="Yu Gothic" w:eastAsia="Yu Gothic"/>
                <w:b/>
                <w:sz w:val="17"/>
              </w:rPr>
              <w:t>氏名</w:t>
            </w:r>
          </w:p>
        </w:tc>
        <w:tc>
          <w:tcPr>
            <w:tcW w:type="dxa" w:w="1928"/>
            <w:shd w:val="clear" w:color="auto" w:fill="DCE6F1"/>
            <w:vAlign w:val="center"/>
          </w:tcPr>
          <w:p>
            <w:pPr>
              <w:spacing w:before="40" w:after="40"/>
              <w:jc w:val="center"/>
            </w:pPr>
            <w:r>
              <w:rPr>
                <w:rFonts w:ascii="Yu Gothic" w:hAnsi="Yu Gothic" w:eastAsia="Yu Gothic"/>
                <w:b/>
                <w:sz w:val="17"/>
              </w:rPr>
              <w:t>連絡先</w:t>
            </w:r>
          </w:p>
        </w:tc>
        <w:tc>
          <w:tcPr>
            <w:tcW w:type="dxa" w:w="2268"/>
            <w:shd w:val="clear" w:color="auto" w:fill="DCE6F1"/>
            <w:vAlign w:val="center"/>
          </w:tcPr>
          <w:p>
            <w:pPr>
              <w:spacing w:before="40" w:after="40"/>
              <w:jc w:val="center"/>
            </w:pPr>
            <w:r>
              <w:rPr>
                <w:rFonts w:ascii="Yu Gothic" w:hAnsi="Yu Gothic" w:eastAsia="Yu Gothic"/>
                <w:b/>
                <w:sz w:val="17"/>
              </w:rPr>
              <w:t>やり取りの頻度・注意点</w:t>
            </w:r>
          </w:p>
        </w:tc>
      </w:tr>
      <w:tr>
        <w:trPr>
          <w:trHeight w:val="510" w:hRule="atLeast"/>
        </w:trPr>
        <w:tc>
          <w:tcPr>
            <w:tcW w:type="dxa" w:w="1020"/>
            <w:vAlign w:val="center"/>
          </w:tcPr>
          <w:p>
            <w:pPr>
              <w:spacing w:before="40" w:after="40"/>
            </w:pPr>
            <w:r>
              <w:rPr>
                <w:rFonts w:ascii="Yu Gothic" w:hAnsi="Yu Gothic" w:eastAsia="Yu Gothic"/>
                <w:b w:val="0"/>
                <w:sz w:val="18"/>
              </w:rPr>
            </w:r>
          </w:p>
        </w:tc>
        <w:tc>
          <w:tcPr>
            <w:tcW w:type="dxa" w:w="1814"/>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020"/>
            <w:vAlign w:val="center"/>
          </w:tcPr>
          <w:p>
            <w:pPr>
              <w:spacing w:before="40" w:after="40"/>
            </w:pPr>
            <w:r>
              <w:rPr>
                <w:rFonts w:ascii="Yu Gothic" w:hAnsi="Yu Gothic" w:eastAsia="Yu Gothic"/>
                <w:b w:val="0"/>
                <w:sz w:val="18"/>
              </w:rPr>
            </w:r>
          </w:p>
        </w:tc>
        <w:tc>
          <w:tcPr>
            <w:tcW w:type="dxa" w:w="1814"/>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020"/>
            <w:vAlign w:val="center"/>
          </w:tcPr>
          <w:p>
            <w:pPr>
              <w:spacing w:before="40" w:after="40"/>
            </w:pPr>
            <w:r>
              <w:rPr>
                <w:rFonts w:ascii="Yu Gothic" w:hAnsi="Yu Gothic" w:eastAsia="Yu Gothic"/>
                <w:b w:val="0"/>
                <w:sz w:val="18"/>
              </w:rPr>
            </w:r>
          </w:p>
        </w:tc>
        <w:tc>
          <w:tcPr>
            <w:tcW w:type="dxa" w:w="1814"/>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020"/>
            <w:vAlign w:val="center"/>
          </w:tcPr>
          <w:p>
            <w:pPr>
              <w:spacing w:before="40" w:after="40"/>
            </w:pPr>
            <w:r>
              <w:rPr>
                <w:rFonts w:ascii="Yu Gothic" w:hAnsi="Yu Gothic" w:eastAsia="Yu Gothic"/>
                <w:b w:val="0"/>
                <w:sz w:val="18"/>
              </w:rPr>
            </w:r>
          </w:p>
        </w:tc>
        <w:tc>
          <w:tcPr>
            <w:tcW w:type="dxa" w:w="1814"/>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020"/>
            <w:vAlign w:val="center"/>
          </w:tcPr>
          <w:p>
            <w:pPr>
              <w:spacing w:before="40" w:after="40"/>
            </w:pPr>
            <w:r>
              <w:rPr>
                <w:rFonts w:ascii="Yu Gothic" w:hAnsi="Yu Gothic" w:eastAsia="Yu Gothic"/>
                <w:b w:val="0"/>
                <w:sz w:val="18"/>
              </w:rPr>
            </w:r>
          </w:p>
        </w:tc>
        <w:tc>
          <w:tcPr>
            <w:tcW w:type="dxa" w:w="1814"/>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020"/>
            <w:vAlign w:val="center"/>
          </w:tcPr>
          <w:p>
            <w:pPr>
              <w:spacing w:before="40" w:after="40"/>
            </w:pPr>
            <w:r>
              <w:rPr>
                <w:rFonts w:ascii="Yu Gothic" w:hAnsi="Yu Gothic" w:eastAsia="Yu Gothic"/>
                <w:b w:val="0"/>
                <w:sz w:val="18"/>
              </w:rPr>
            </w:r>
          </w:p>
        </w:tc>
        <w:tc>
          <w:tcPr>
            <w:tcW w:type="dxa" w:w="1814"/>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020"/>
            <w:vAlign w:val="center"/>
          </w:tcPr>
          <w:p>
            <w:pPr>
              <w:spacing w:before="40" w:after="40"/>
            </w:pPr>
            <w:r>
              <w:rPr>
                <w:rFonts w:ascii="Yu Gothic" w:hAnsi="Yu Gothic" w:eastAsia="Yu Gothic"/>
                <w:b w:val="0"/>
                <w:sz w:val="18"/>
              </w:rPr>
            </w:r>
          </w:p>
        </w:tc>
        <w:tc>
          <w:tcPr>
            <w:tcW w:type="dxa" w:w="1814"/>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020"/>
            <w:vAlign w:val="center"/>
          </w:tcPr>
          <w:p>
            <w:pPr>
              <w:spacing w:before="40" w:after="40"/>
            </w:pPr>
            <w:r>
              <w:rPr>
                <w:rFonts w:ascii="Yu Gothic" w:hAnsi="Yu Gothic" w:eastAsia="Yu Gothic"/>
                <w:b w:val="0"/>
                <w:sz w:val="18"/>
              </w:rPr>
            </w:r>
          </w:p>
        </w:tc>
        <w:tc>
          <w:tcPr>
            <w:tcW w:type="dxa" w:w="1814"/>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020"/>
            <w:vAlign w:val="center"/>
          </w:tcPr>
          <w:p>
            <w:pPr>
              <w:spacing w:before="40" w:after="40"/>
            </w:pPr>
            <w:r>
              <w:rPr>
                <w:rFonts w:ascii="Yu Gothic" w:hAnsi="Yu Gothic" w:eastAsia="Yu Gothic"/>
                <w:b w:val="0"/>
                <w:sz w:val="18"/>
              </w:rPr>
            </w:r>
          </w:p>
        </w:tc>
        <w:tc>
          <w:tcPr>
            <w:tcW w:type="dxa" w:w="1814"/>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020"/>
            <w:vAlign w:val="center"/>
          </w:tcPr>
          <w:p>
            <w:pPr>
              <w:spacing w:before="40" w:after="40"/>
            </w:pPr>
            <w:r>
              <w:rPr>
                <w:rFonts w:ascii="Yu Gothic" w:hAnsi="Yu Gothic" w:eastAsia="Yu Gothic"/>
                <w:b w:val="0"/>
                <w:sz w:val="18"/>
              </w:rPr>
            </w:r>
          </w:p>
        </w:tc>
        <w:tc>
          <w:tcPr>
            <w:tcW w:type="dxa" w:w="1814"/>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bl>
    <w:p>
      <w:pPr>
        <w:spacing w:before="0" w:after="0"/>
      </w:pPr>
    </w:p>
    <w:p>
      <w:pPr>
        <w:pStyle w:val="Heading2"/>
      </w:pPr>
      <w:r>
        <w:t>4. システム・アカウント・データの保管場所</w:t>
      </w: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1928"/>
        <w:gridCol w:w="1928"/>
        <w:gridCol w:w="1474"/>
        <w:gridCol w:w="1361"/>
        <w:gridCol w:w="1134"/>
        <w:gridCol w:w="2041"/>
      </w:tblGrid>
      <w:tr>
        <w:trPr>
          <w:trHeight w:val="454" w:hRule="atLeast"/>
          <w:tblHeader w:val="true"/>
        </w:trPr>
        <w:tc>
          <w:tcPr>
            <w:tcW w:type="dxa" w:w="1928"/>
            <w:shd w:val="clear" w:color="auto" w:fill="DCE6F1"/>
            <w:vAlign w:val="center"/>
          </w:tcPr>
          <w:p>
            <w:pPr>
              <w:spacing w:before="40" w:after="40"/>
              <w:jc w:val="center"/>
            </w:pPr>
            <w:r>
              <w:rPr>
                <w:rFonts w:ascii="Yu Gothic" w:hAnsi="Yu Gothic" w:eastAsia="Yu Gothic"/>
                <w:b/>
                <w:sz w:val="17"/>
              </w:rPr>
              <w:t>システム・ツール名</w:t>
            </w:r>
          </w:p>
        </w:tc>
        <w:tc>
          <w:tcPr>
            <w:tcW w:type="dxa" w:w="1928"/>
            <w:shd w:val="clear" w:color="auto" w:fill="DCE6F1"/>
            <w:vAlign w:val="center"/>
          </w:tcPr>
          <w:p>
            <w:pPr>
              <w:spacing w:before="40" w:after="40"/>
              <w:jc w:val="center"/>
            </w:pPr>
            <w:r>
              <w:rPr>
                <w:rFonts w:ascii="Yu Gothic" w:hAnsi="Yu Gothic" w:eastAsia="Yu Gothic"/>
                <w:b/>
                <w:sz w:val="17"/>
              </w:rPr>
              <w:t>用途</w:t>
            </w:r>
          </w:p>
        </w:tc>
        <w:tc>
          <w:tcPr>
            <w:tcW w:type="dxa" w:w="1474"/>
            <w:shd w:val="clear" w:color="auto" w:fill="DCE6F1"/>
            <w:vAlign w:val="center"/>
          </w:tcPr>
          <w:p>
            <w:pPr>
              <w:spacing w:before="40" w:after="40"/>
              <w:jc w:val="center"/>
            </w:pPr>
            <w:r>
              <w:rPr>
                <w:rFonts w:ascii="Yu Gothic" w:hAnsi="Yu Gothic" w:eastAsia="Yu Gothic"/>
                <w:b/>
                <w:sz w:val="17"/>
              </w:rPr>
              <w:t>必要な権限</w:t>
            </w:r>
          </w:p>
        </w:tc>
        <w:tc>
          <w:tcPr>
            <w:tcW w:type="dxa" w:w="1361"/>
            <w:shd w:val="clear" w:color="auto" w:fill="DCE6F1"/>
            <w:vAlign w:val="center"/>
          </w:tcPr>
          <w:p>
            <w:pPr>
              <w:spacing w:before="40" w:after="40"/>
              <w:jc w:val="center"/>
            </w:pPr>
            <w:r>
              <w:rPr>
                <w:rFonts w:ascii="Yu Gothic" w:hAnsi="Yu Gothic" w:eastAsia="Yu Gothic"/>
                <w:b/>
                <w:sz w:val="17"/>
              </w:rPr>
              <w:t>権限移管の要否</w:t>
            </w:r>
          </w:p>
        </w:tc>
        <w:tc>
          <w:tcPr>
            <w:tcW w:type="dxa" w:w="1134"/>
            <w:shd w:val="clear" w:color="auto" w:fill="DCE6F1"/>
            <w:vAlign w:val="center"/>
          </w:tcPr>
          <w:p>
            <w:pPr>
              <w:spacing w:before="40" w:after="40"/>
              <w:jc w:val="center"/>
            </w:pPr>
            <w:r>
              <w:rPr>
                <w:rFonts w:ascii="Yu Gothic" w:hAnsi="Yu Gothic" w:eastAsia="Yu Gothic"/>
                <w:b/>
                <w:sz w:val="17"/>
              </w:rPr>
              <w:t>移管日</w:t>
            </w:r>
          </w:p>
        </w:tc>
        <w:tc>
          <w:tcPr>
            <w:tcW w:type="dxa" w:w="2041"/>
            <w:shd w:val="clear" w:color="auto" w:fill="DCE6F1"/>
            <w:vAlign w:val="center"/>
          </w:tcPr>
          <w:p>
            <w:pPr>
              <w:spacing w:before="40" w:after="40"/>
              <w:jc w:val="center"/>
            </w:pPr>
            <w:r>
              <w:rPr>
                <w:rFonts w:ascii="Yu Gothic" w:hAnsi="Yu Gothic" w:eastAsia="Yu Gothic"/>
                <w:b/>
                <w:sz w:val="17"/>
              </w:rPr>
              <w:t>申請先・備考</w:t>
            </w:r>
          </w:p>
        </w:tc>
      </w:tr>
      <w:tr>
        <w:trPr>
          <w:trHeight w:val="510" w:hRule="atLeast"/>
        </w:trPr>
        <w:tc>
          <w:tcPr>
            <w:tcW w:type="dxa" w:w="1928"/>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13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r>
      <w:tr>
        <w:trPr>
          <w:trHeight w:val="510" w:hRule="atLeast"/>
        </w:trPr>
        <w:tc>
          <w:tcPr>
            <w:tcW w:type="dxa" w:w="1928"/>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13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r>
      <w:tr>
        <w:trPr>
          <w:trHeight w:val="510" w:hRule="atLeast"/>
        </w:trPr>
        <w:tc>
          <w:tcPr>
            <w:tcW w:type="dxa" w:w="1928"/>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13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r>
      <w:tr>
        <w:trPr>
          <w:trHeight w:val="510" w:hRule="atLeast"/>
        </w:trPr>
        <w:tc>
          <w:tcPr>
            <w:tcW w:type="dxa" w:w="1928"/>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13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r>
      <w:tr>
        <w:trPr>
          <w:trHeight w:val="510" w:hRule="atLeast"/>
        </w:trPr>
        <w:tc>
          <w:tcPr>
            <w:tcW w:type="dxa" w:w="1928"/>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13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r>
      <w:tr>
        <w:trPr>
          <w:trHeight w:val="510" w:hRule="atLeast"/>
        </w:trPr>
        <w:tc>
          <w:tcPr>
            <w:tcW w:type="dxa" w:w="1928"/>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13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r>
      <w:tr>
        <w:trPr>
          <w:trHeight w:val="510" w:hRule="atLeast"/>
        </w:trPr>
        <w:tc>
          <w:tcPr>
            <w:tcW w:type="dxa" w:w="1928"/>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13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r>
      <w:tr>
        <w:trPr>
          <w:trHeight w:val="510" w:hRule="atLeast"/>
        </w:trPr>
        <w:tc>
          <w:tcPr>
            <w:tcW w:type="dxa" w:w="1928"/>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13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r>
      <w:tr>
        <w:trPr>
          <w:trHeight w:val="510" w:hRule="atLeast"/>
        </w:trPr>
        <w:tc>
          <w:tcPr>
            <w:tcW w:type="dxa" w:w="1928"/>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13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r>
      <w:tr>
        <w:trPr>
          <w:trHeight w:val="510" w:hRule="atLeast"/>
        </w:trPr>
        <w:tc>
          <w:tcPr>
            <w:tcW w:type="dxa" w:w="1928"/>
            <w:vAlign w:val="center"/>
          </w:tcPr>
          <w:p>
            <w:pPr>
              <w:spacing w:before="40" w:after="40"/>
            </w:pPr>
            <w:r>
              <w:rPr>
                <w:rFonts w:ascii="Yu Gothic" w:hAnsi="Yu Gothic" w:eastAsia="Yu Gothic"/>
                <w:b w:val="0"/>
                <w:sz w:val="18"/>
              </w:rPr>
            </w:r>
          </w:p>
        </w:tc>
        <w:tc>
          <w:tcPr>
            <w:tcW w:type="dxa" w:w="1928"/>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13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r>
    </w:tbl>
    <w:p>
      <w:pPr>
        <w:spacing w:before="0" w:after="0"/>
      </w:pP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9865"/>
      </w:tblGrid>
      <w:tr>
        <w:tc>
          <w:tcPr>
            <w:tcW w:type="dxa" w:w="9865"/>
            <w:shd w:val="clear" w:color="auto" w:fill="FFF4E5"/>
            <w:vAlign w:val="center"/>
          </w:tcPr>
          <w:p>
            <w:pPr>
              <w:spacing w:before="40" w:after="40"/>
            </w:pPr>
            <w:r>
              <w:rPr>
                <w:rFonts w:ascii="Yu Gothic" w:hAnsi="Yu Gothic" w:eastAsia="Yu Gothic"/>
                <w:b w:val="0"/>
                <w:sz w:val="18"/>
              </w:rPr>
              <w:t>パスワードそのものは書かないでください。この表には「どの権限が必要か」と「誰に申請すればもらえるか」を書きます。</w:t>
            </w:r>
          </w:p>
        </w:tc>
      </w:tr>
    </w:tbl>
    <w:p>
      <w:pPr>
        <w:spacing w:before="0" w:after="0"/>
      </w:pPr>
    </w:p>
    <w:p>
      <w:r>
        <w:br w:type="page"/>
      </w:r>
    </w:p>
    <w:p>
      <w:pPr>
        <w:pStyle w:val="Heading2"/>
      </w:pPr>
      <w:r>
        <w:t>5. 年間・月間スケジュール</w:t>
      </w: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1474"/>
        <w:gridCol w:w="2041"/>
        <w:gridCol w:w="1247"/>
        <w:gridCol w:w="2835"/>
        <w:gridCol w:w="2268"/>
      </w:tblGrid>
      <w:tr>
        <w:trPr>
          <w:trHeight w:val="454" w:hRule="atLeast"/>
          <w:tblHeader w:val="true"/>
        </w:trPr>
        <w:tc>
          <w:tcPr>
            <w:tcW w:type="dxa" w:w="1474"/>
            <w:shd w:val="clear" w:color="auto" w:fill="DCE6F1"/>
            <w:vAlign w:val="center"/>
          </w:tcPr>
          <w:p>
            <w:pPr>
              <w:spacing w:before="40" w:after="40"/>
              <w:jc w:val="center"/>
            </w:pPr>
            <w:r>
              <w:rPr>
                <w:rFonts w:ascii="Yu Gothic" w:hAnsi="Yu Gothic" w:eastAsia="Yu Gothic"/>
                <w:b/>
                <w:sz w:val="17"/>
              </w:rPr>
              <w:t>時期（月・日）</w:t>
            </w:r>
          </w:p>
        </w:tc>
        <w:tc>
          <w:tcPr>
            <w:tcW w:type="dxa" w:w="2041"/>
            <w:shd w:val="clear" w:color="auto" w:fill="DCE6F1"/>
            <w:vAlign w:val="center"/>
          </w:tcPr>
          <w:p>
            <w:pPr>
              <w:spacing w:before="40" w:after="40"/>
              <w:jc w:val="center"/>
            </w:pPr>
            <w:r>
              <w:rPr>
                <w:rFonts w:ascii="Yu Gothic" w:hAnsi="Yu Gothic" w:eastAsia="Yu Gothic"/>
                <w:b/>
                <w:sz w:val="17"/>
              </w:rPr>
              <w:t>業務名</w:t>
            </w:r>
          </w:p>
        </w:tc>
        <w:tc>
          <w:tcPr>
            <w:tcW w:type="dxa" w:w="1247"/>
            <w:shd w:val="clear" w:color="auto" w:fill="DCE6F1"/>
            <w:vAlign w:val="center"/>
          </w:tcPr>
          <w:p>
            <w:pPr>
              <w:spacing w:before="40" w:after="40"/>
              <w:jc w:val="center"/>
            </w:pPr>
            <w:r>
              <w:rPr>
                <w:rFonts w:ascii="Yu Gothic" w:hAnsi="Yu Gothic" w:eastAsia="Yu Gothic"/>
                <w:b/>
                <w:sz w:val="17"/>
              </w:rPr>
              <w:t>締切</w:t>
            </w:r>
          </w:p>
        </w:tc>
        <w:tc>
          <w:tcPr>
            <w:tcW w:type="dxa" w:w="2835"/>
            <w:shd w:val="clear" w:color="auto" w:fill="DCE6F1"/>
            <w:vAlign w:val="center"/>
          </w:tcPr>
          <w:p>
            <w:pPr>
              <w:spacing w:before="40" w:after="40"/>
              <w:jc w:val="center"/>
            </w:pPr>
            <w:r>
              <w:rPr>
                <w:rFonts w:ascii="Yu Gothic" w:hAnsi="Yu Gothic" w:eastAsia="Yu Gothic"/>
                <w:b/>
                <w:sz w:val="17"/>
              </w:rPr>
              <w:t>事前に必要な準備</w:t>
            </w:r>
          </w:p>
        </w:tc>
        <w:tc>
          <w:tcPr>
            <w:tcW w:type="dxa" w:w="2268"/>
            <w:shd w:val="clear" w:color="auto" w:fill="DCE6F1"/>
            <w:vAlign w:val="center"/>
          </w:tcPr>
          <w:p>
            <w:pPr>
              <w:spacing w:before="40" w:after="40"/>
              <w:jc w:val="center"/>
            </w:pPr>
            <w:r>
              <w:rPr>
                <w:rFonts w:ascii="Yu Gothic" w:hAnsi="Yu Gothic" w:eastAsia="Yu Gothic"/>
                <w:b/>
                <w:sz w:val="17"/>
              </w:rPr>
              <w:t>備考</w:t>
            </w:r>
          </w:p>
        </w:tc>
      </w:tr>
      <w:tr>
        <w:trPr>
          <w:trHeight w:val="510" w:hRule="atLeast"/>
        </w:trPr>
        <w:tc>
          <w:tcPr>
            <w:tcW w:type="dxa" w:w="147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c>
          <w:tcPr>
            <w:tcW w:type="dxa" w:w="1247"/>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47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c>
          <w:tcPr>
            <w:tcW w:type="dxa" w:w="1247"/>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47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c>
          <w:tcPr>
            <w:tcW w:type="dxa" w:w="1247"/>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47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c>
          <w:tcPr>
            <w:tcW w:type="dxa" w:w="1247"/>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47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c>
          <w:tcPr>
            <w:tcW w:type="dxa" w:w="1247"/>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47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c>
          <w:tcPr>
            <w:tcW w:type="dxa" w:w="1247"/>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47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c>
          <w:tcPr>
            <w:tcW w:type="dxa" w:w="1247"/>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47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c>
          <w:tcPr>
            <w:tcW w:type="dxa" w:w="1247"/>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47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c>
          <w:tcPr>
            <w:tcW w:type="dxa" w:w="1247"/>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47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c>
          <w:tcPr>
            <w:tcW w:type="dxa" w:w="1247"/>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47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c>
          <w:tcPr>
            <w:tcW w:type="dxa" w:w="1247"/>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r>
        <w:trPr>
          <w:trHeight w:val="510" w:hRule="atLeast"/>
        </w:trPr>
        <w:tc>
          <w:tcPr>
            <w:tcW w:type="dxa" w:w="1474"/>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c>
          <w:tcPr>
            <w:tcW w:type="dxa" w:w="1247"/>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c>
          <w:tcPr>
            <w:tcW w:type="dxa" w:w="2268"/>
            <w:vAlign w:val="center"/>
          </w:tcPr>
          <w:p>
            <w:pPr>
              <w:spacing w:before="40" w:after="40"/>
            </w:pPr>
            <w:r>
              <w:rPr>
                <w:rFonts w:ascii="Yu Gothic" w:hAnsi="Yu Gothic" w:eastAsia="Yu Gothic"/>
                <w:b w:val="0"/>
                <w:sz w:val="18"/>
              </w:rPr>
            </w:r>
          </w:p>
        </w:tc>
      </w:tr>
    </w:tbl>
    <w:p>
      <w:pPr>
        <w:spacing w:before="0" w:after="0"/>
      </w:pPr>
    </w:p>
    <w:p>
      <w:pPr>
        <w:pStyle w:val="Heading2"/>
      </w:pPr>
      <w:r>
        <w:t>6. よくあるトラブルと対処</w:t>
      </w: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2268"/>
        <w:gridCol w:w="2154"/>
        <w:gridCol w:w="3402"/>
        <w:gridCol w:w="2041"/>
      </w:tblGrid>
      <w:tr>
        <w:trPr>
          <w:trHeight w:val="454" w:hRule="atLeast"/>
          <w:tblHeader w:val="true"/>
        </w:trPr>
        <w:tc>
          <w:tcPr>
            <w:tcW w:type="dxa" w:w="2268"/>
            <w:shd w:val="clear" w:color="auto" w:fill="DCE6F1"/>
            <w:vAlign w:val="center"/>
          </w:tcPr>
          <w:p>
            <w:pPr>
              <w:spacing w:before="40" w:after="40"/>
              <w:jc w:val="center"/>
            </w:pPr>
            <w:r>
              <w:rPr>
                <w:rFonts w:ascii="Yu Gothic" w:hAnsi="Yu Gothic" w:eastAsia="Yu Gothic"/>
                <w:b/>
                <w:sz w:val="17"/>
              </w:rPr>
              <w:t>起きること</w:t>
            </w:r>
          </w:p>
        </w:tc>
        <w:tc>
          <w:tcPr>
            <w:tcW w:type="dxa" w:w="2154"/>
            <w:shd w:val="clear" w:color="auto" w:fill="DCE6F1"/>
            <w:vAlign w:val="center"/>
          </w:tcPr>
          <w:p>
            <w:pPr>
              <w:spacing w:before="40" w:after="40"/>
              <w:jc w:val="center"/>
            </w:pPr>
            <w:r>
              <w:rPr>
                <w:rFonts w:ascii="Yu Gothic" w:hAnsi="Yu Gothic" w:eastAsia="Yu Gothic"/>
                <w:b/>
                <w:sz w:val="17"/>
              </w:rPr>
              <w:t>考えられる原因</w:t>
            </w:r>
          </w:p>
        </w:tc>
        <w:tc>
          <w:tcPr>
            <w:tcW w:type="dxa" w:w="3402"/>
            <w:shd w:val="clear" w:color="auto" w:fill="DCE6F1"/>
            <w:vAlign w:val="center"/>
          </w:tcPr>
          <w:p>
            <w:pPr>
              <w:spacing w:before="40" w:after="40"/>
              <w:jc w:val="center"/>
            </w:pPr>
            <w:r>
              <w:rPr>
                <w:rFonts w:ascii="Yu Gothic" w:hAnsi="Yu Gothic" w:eastAsia="Yu Gothic"/>
                <w:b/>
                <w:sz w:val="17"/>
              </w:rPr>
              <w:t>対処の手順</w:t>
            </w:r>
          </w:p>
        </w:tc>
        <w:tc>
          <w:tcPr>
            <w:tcW w:type="dxa" w:w="2041"/>
            <w:shd w:val="clear" w:color="auto" w:fill="DCE6F1"/>
            <w:vAlign w:val="center"/>
          </w:tcPr>
          <w:p>
            <w:pPr>
              <w:spacing w:before="40" w:after="40"/>
              <w:jc w:val="center"/>
            </w:pPr>
            <w:r>
              <w:rPr>
                <w:rFonts w:ascii="Yu Gothic" w:hAnsi="Yu Gothic" w:eastAsia="Yu Gothic"/>
                <w:b/>
                <w:sz w:val="17"/>
              </w:rPr>
              <w:t>相談先</w:t>
            </w:r>
          </w:p>
        </w:tc>
      </w:tr>
      <w:tr>
        <w:trPr>
          <w:trHeight w:val="680" w:hRule="atLeast"/>
        </w:trPr>
        <w:tc>
          <w:tcPr>
            <w:tcW w:type="dxa" w:w="2268"/>
            <w:vAlign w:val="center"/>
          </w:tcPr>
          <w:p>
            <w:pPr>
              <w:spacing w:before="40" w:after="40"/>
            </w:pPr>
            <w:r>
              <w:rPr>
                <w:rFonts w:ascii="Yu Gothic" w:hAnsi="Yu Gothic" w:eastAsia="Yu Gothic"/>
                <w:b w:val="0"/>
                <w:sz w:val="18"/>
              </w:rPr>
            </w:r>
          </w:p>
        </w:tc>
        <w:tc>
          <w:tcPr>
            <w:tcW w:type="dxa" w:w="2154"/>
            <w:vAlign w:val="center"/>
          </w:tcPr>
          <w:p>
            <w:pPr>
              <w:spacing w:before="40" w:after="40"/>
            </w:pPr>
            <w:r>
              <w:rPr>
                <w:rFonts w:ascii="Yu Gothic" w:hAnsi="Yu Gothic" w:eastAsia="Yu Gothic"/>
                <w:b w:val="0"/>
                <w:sz w:val="18"/>
              </w:rPr>
            </w:r>
          </w:p>
        </w:tc>
        <w:tc>
          <w:tcPr>
            <w:tcW w:type="dxa" w:w="3402"/>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r>
      <w:tr>
        <w:trPr>
          <w:trHeight w:val="680" w:hRule="atLeast"/>
        </w:trPr>
        <w:tc>
          <w:tcPr>
            <w:tcW w:type="dxa" w:w="2268"/>
            <w:vAlign w:val="center"/>
          </w:tcPr>
          <w:p>
            <w:pPr>
              <w:spacing w:before="40" w:after="40"/>
            </w:pPr>
            <w:r>
              <w:rPr>
                <w:rFonts w:ascii="Yu Gothic" w:hAnsi="Yu Gothic" w:eastAsia="Yu Gothic"/>
                <w:b w:val="0"/>
                <w:sz w:val="18"/>
              </w:rPr>
            </w:r>
          </w:p>
        </w:tc>
        <w:tc>
          <w:tcPr>
            <w:tcW w:type="dxa" w:w="2154"/>
            <w:vAlign w:val="center"/>
          </w:tcPr>
          <w:p>
            <w:pPr>
              <w:spacing w:before="40" w:after="40"/>
            </w:pPr>
            <w:r>
              <w:rPr>
                <w:rFonts w:ascii="Yu Gothic" w:hAnsi="Yu Gothic" w:eastAsia="Yu Gothic"/>
                <w:b w:val="0"/>
                <w:sz w:val="18"/>
              </w:rPr>
            </w:r>
          </w:p>
        </w:tc>
        <w:tc>
          <w:tcPr>
            <w:tcW w:type="dxa" w:w="3402"/>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r>
      <w:tr>
        <w:trPr>
          <w:trHeight w:val="680" w:hRule="atLeast"/>
        </w:trPr>
        <w:tc>
          <w:tcPr>
            <w:tcW w:type="dxa" w:w="2268"/>
            <w:vAlign w:val="center"/>
          </w:tcPr>
          <w:p>
            <w:pPr>
              <w:spacing w:before="40" w:after="40"/>
            </w:pPr>
            <w:r>
              <w:rPr>
                <w:rFonts w:ascii="Yu Gothic" w:hAnsi="Yu Gothic" w:eastAsia="Yu Gothic"/>
                <w:b w:val="0"/>
                <w:sz w:val="18"/>
              </w:rPr>
            </w:r>
          </w:p>
        </w:tc>
        <w:tc>
          <w:tcPr>
            <w:tcW w:type="dxa" w:w="2154"/>
            <w:vAlign w:val="center"/>
          </w:tcPr>
          <w:p>
            <w:pPr>
              <w:spacing w:before="40" w:after="40"/>
            </w:pPr>
            <w:r>
              <w:rPr>
                <w:rFonts w:ascii="Yu Gothic" w:hAnsi="Yu Gothic" w:eastAsia="Yu Gothic"/>
                <w:b w:val="0"/>
                <w:sz w:val="18"/>
              </w:rPr>
            </w:r>
          </w:p>
        </w:tc>
        <w:tc>
          <w:tcPr>
            <w:tcW w:type="dxa" w:w="3402"/>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r>
      <w:tr>
        <w:trPr>
          <w:trHeight w:val="680" w:hRule="atLeast"/>
        </w:trPr>
        <w:tc>
          <w:tcPr>
            <w:tcW w:type="dxa" w:w="2268"/>
            <w:vAlign w:val="center"/>
          </w:tcPr>
          <w:p>
            <w:pPr>
              <w:spacing w:before="40" w:after="40"/>
            </w:pPr>
            <w:r>
              <w:rPr>
                <w:rFonts w:ascii="Yu Gothic" w:hAnsi="Yu Gothic" w:eastAsia="Yu Gothic"/>
                <w:b w:val="0"/>
                <w:sz w:val="18"/>
              </w:rPr>
            </w:r>
          </w:p>
        </w:tc>
        <w:tc>
          <w:tcPr>
            <w:tcW w:type="dxa" w:w="2154"/>
            <w:vAlign w:val="center"/>
          </w:tcPr>
          <w:p>
            <w:pPr>
              <w:spacing w:before="40" w:after="40"/>
            </w:pPr>
            <w:r>
              <w:rPr>
                <w:rFonts w:ascii="Yu Gothic" w:hAnsi="Yu Gothic" w:eastAsia="Yu Gothic"/>
                <w:b w:val="0"/>
                <w:sz w:val="18"/>
              </w:rPr>
            </w:r>
          </w:p>
        </w:tc>
        <w:tc>
          <w:tcPr>
            <w:tcW w:type="dxa" w:w="3402"/>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r>
      <w:tr>
        <w:trPr>
          <w:trHeight w:val="680" w:hRule="atLeast"/>
        </w:trPr>
        <w:tc>
          <w:tcPr>
            <w:tcW w:type="dxa" w:w="2268"/>
            <w:vAlign w:val="center"/>
          </w:tcPr>
          <w:p>
            <w:pPr>
              <w:spacing w:before="40" w:after="40"/>
            </w:pPr>
            <w:r>
              <w:rPr>
                <w:rFonts w:ascii="Yu Gothic" w:hAnsi="Yu Gothic" w:eastAsia="Yu Gothic"/>
                <w:b w:val="0"/>
                <w:sz w:val="18"/>
              </w:rPr>
            </w:r>
          </w:p>
        </w:tc>
        <w:tc>
          <w:tcPr>
            <w:tcW w:type="dxa" w:w="2154"/>
            <w:vAlign w:val="center"/>
          </w:tcPr>
          <w:p>
            <w:pPr>
              <w:spacing w:before="40" w:after="40"/>
            </w:pPr>
            <w:r>
              <w:rPr>
                <w:rFonts w:ascii="Yu Gothic" w:hAnsi="Yu Gothic" w:eastAsia="Yu Gothic"/>
                <w:b w:val="0"/>
                <w:sz w:val="18"/>
              </w:rPr>
            </w:r>
          </w:p>
        </w:tc>
        <w:tc>
          <w:tcPr>
            <w:tcW w:type="dxa" w:w="3402"/>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r>
      <w:tr>
        <w:trPr>
          <w:trHeight w:val="680" w:hRule="atLeast"/>
        </w:trPr>
        <w:tc>
          <w:tcPr>
            <w:tcW w:type="dxa" w:w="2268"/>
            <w:vAlign w:val="center"/>
          </w:tcPr>
          <w:p>
            <w:pPr>
              <w:spacing w:before="40" w:after="40"/>
            </w:pPr>
            <w:r>
              <w:rPr>
                <w:rFonts w:ascii="Yu Gothic" w:hAnsi="Yu Gothic" w:eastAsia="Yu Gothic"/>
                <w:b w:val="0"/>
                <w:sz w:val="18"/>
              </w:rPr>
            </w:r>
          </w:p>
        </w:tc>
        <w:tc>
          <w:tcPr>
            <w:tcW w:type="dxa" w:w="2154"/>
            <w:vAlign w:val="center"/>
          </w:tcPr>
          <w:p>
            <w:pPr>
              <w:spacing w:before="40" w:after="40"/>
            </w:pPr>
            <w:r>
              <w:rPr>
                <w:rFonts w:ascii="Yu Gothic" w:hAnsi="Yu Gothic" w:eastAsia="Yu Gothic"/>
                <w:b w:val="0"/>
                <w:sz w:val="18"/>
              </w:rPr>
            </w:r>
          </w:p>
        </w:tc>
        <w:tc>
          <w:tcPr>
            <w:tcW w:type="dxa" w:w="3402"/>
            <w:vAlign w:val="center"/>
          </w:tcPr>
          <w:p>
            <w:pPr>
              <w:spacing w:before="40" w:after="40"/>
            </w:pPr>
            <w:r>
              <w:rPr>
                <w:rFonts w:ascii="Yu Gothic" w:hAnsi="Yu Gothic" w:eastAsia="Yu Gothic"/>
                <w:b w:val="0"/>
                <w:sz w:val="18"/>
              </w:rPr>
            </w:r>
          </w:p>
        </w:tc>
        <w:tc>
          <w:tcPr>
            <w:tcW w:type="dxa" w:w="2041"/>
            <w:vAlign w:val="center"/>
          </w:tcPr>
          <w:p>
            <w:pPr>
              <w:spacing w:before="40" w:after="40"/>
            </w:pPr>
            <w:r>
              <w:rPr>
                <w:rFonts w:ascii="Yu Gothic" w:hAnsi="Yu Gothic" w:eastAsia="Yu Gothic"/>
                <w:b w:val="0"/>
                <w:sz w:val="18"/>
              </w:rPr>
            </w:r>
          </w:p>
        </w:tc>
      </w:tr>
    </w:tbl>
    <w:p>
      <w:pPr>
        <w:spacing w:before="0" w:after="0"/>
      </w:pPr>
    </w:p>
    <w:p>
      <w:r>
        <w:br w:type="page"/>
      </w:r>
    </w:p>
    <w:p>
      <w:pPr>
        <w:pStyle w:val="Heading2"/>
      </w:pPr>
      <w:r>
        <w:t>7. 申し送り事項（マニュアルに書きにくいこと）</w:t>
      </w:r>
    </w:p>
    <w:p>
      <w:r>
        <w:rPr>
          <w:rFonts w:ascii="Yu Gothic" w:hAnsi="Yu Gothic" w:eastAsia="Yu Gothic"/>
          <w:b w:val="0"/>
          <w:sz w:val="19"/>
        </w:rPr>
        <w:t>慣例・言い回し・相手の好み・過去の経緯など、手順書には残しづらいけれど知らないと困ることを書きます。</w:t>
      </w: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2041"/>
        <w:gridCol w:w="4989"/>
        <w:gridCol w:w="2835"/>
      </w:tblGrid>
      <w:tr>
        <w:trPr>
          <w:trHeight w:val="454" w:hRule="atLeast"/>
          <w:tblHeader w:val="true"/>
        </w:trPr>
        <w:tc>
          <w:tcPr>
            <w:tcW w:type="dxa" w:w="2041"/>
            <w:shd w:val="clear" w:color="auto" w:fill="DCE6F1"/>
            <w:vAlign w:val="center"/>
          </w:tcPr>
          <w:p>
            <w:pPr>
              <w:spacing w:before="40" w:after="40"/>
              <w:jc w:val="center"/>
            </w:pPr>
            <w:r>
              <w:rPr>
                <w:rFonts w:ascii="Yu Gothic" w:hAnsi="Yu Gothic" w:eastAsia="Yu Gothic"/>
                <w:b/>
                <w:sz w:val="17"/>
              </w:rPr>
              <w:t>項目</w:t>
            </w:r>
          </w:p>
        </w:tc>
        <w:tc>
          <w:tcPr>
            <w:tcW w:type="dxa" w:w="4989"/>
            <w:shd w:val="clear" w:color="auto" w:fill="DCE6F1"/>
            <w:vAlign w:val="center"/>
          </w:tcPr>
          <w:p>
            <w:pPr>
              <w:spacing w:before="40" w:after="40"/>
              <w:jc w:val="center"/>
            </w:pPr>
            <w:r>
              <w:rPr>
                <w:rFonts w:ascii="Yu Gothic" w:hAnsi="Yu Gothic" w:eastAsia="Yu Gothic"/>
                <w:b/>
                <w:sz w:val="17"/>
              </w:rPr>
              <w:t>内容</w:t>
            </w:r>
          </w:p>
        </w:tc>
        <w:tc>
          <w:tcPr>
            <w:tcW w:type="dxa" w:w="2835"/>
            <w:shd w:val="clear" w:color="auto" w:fill="DCE6F1"/>
            <w:vAlign w:val="center"/>
          </w:tcPr>
          <w:p>
            <w:pPr>
              <w:spacing w:before="40" w:after="40"/>
              <w:jc w:val="center"/>
            </w:pPr>
            <w:r>
              <w:rPr>
                <w:rFonts w:ascii="Yu Gothic" w:hAnsi="Yu Gothic" w:eastAsia="Yu Gothic"/>
                <w:b/>
                <w:sz w:val="17"/>
              </w:rPr>
              <w:t>いつ役に立つか</w:t>
            </w:r>
          </w:p>
        </w:tc>
      </w:tr>
      <w:tr>
        <w:trPr>
          <w:trHeight w:val="680" w:hRule="atLeast"/>
        </w:trPr>
        <w:tc>
          <w:tcPr>
            <w:tcW w:type="dxa" w:w="2041"/>
            <w:vAlign w:val="center"/>
          </w:tcPr>
          <w:p>
            <w:pPr>
              <w:spacing w:before="40" w:after="40"/>
            </w:pPr>
            <w:r>
              <w:rPr>
                <w:rFonts w:ascii="Yu Gothic" w:hAnsi="Yu Gothic" w:eastAsia="Yu Gothic"/>
                <w:b w:val="0"/>
                <w:sz w:val="18"/>
              </w:rPr>
            </w:r>
          </w:p>
        </w:tc>
        <w:tc>
          <w:tcPr>
            <w:tcW w:type="dxa" w:w="4989"/>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r>
      <w:tr>
        <w:trPr>
          <w:trHeight w:val="680" w:hRule="atLeast"/>
        </w:trPr>
        <w:tc>
          <w:tcPr>
            <w:tcW w:type="dxa" w:w="2041"/>
            <w:vAlign w:val="center"/>
          </w:tcPr>
          <w:p>
            <w:pPr>
              <w:spacing w:before="40" w:after="40"/>
            </w:pPr>
            <w:r>
              <w:rPr>
                <w:rFonts w:ascii="Yu Gothic" w:hAnsi="Yu Gothic" w:eastAsia="Yu Gothic"/>
                <w:b w:val="0"/>
                <w:sz w:val="18"/>
              </w:rPr>
            </w:r>
          </w:p>
        </w:tc>
        <w:tc>
          <w:tcPr>
            <w:tcW w:type="dxa" w:w="4989"/>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r>
      <w:tr>
        <w:trPr>
          <w:trHeight w:val="680" w:hRule="atLeast"/>
        </w:trPr>
        <w:tc>
          <w:tcPr>
            <w:tcW w:type="dxa" w:w="2041"/>
            <w:vAlign w:val="center"/>
          </w:tcPr>
          <w:p>
            <w:pPr>
              <w:spacing w:before="40" w:after="40"/>
            </w:pPr>
            <w:r>
              <w:rPr>
                <w:rFonts w:ascii="Yu Gothic" w:hAnsi="Yu Gothic" w:eastAsia="Yu Gothic"/>
                <w:b w:val="0"/>
                <w:sz w:val="18"/>
              </w:rPr>
            </w:r>
          </w:p>
        </w:tc>
        <w:tc>
          <w:tcPr>
            <w:tcW w:type="dxa" w:w="4989"/>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r>
      <w:tr>
        <w:trPr>
          <w:trHeight w:val="680" w:hRule="atLeast"/>
        </w:trPr>
        <w:tc>
          <w:tcPr>
            <w:tcW w:type="dxa" w:w="2041"/>
            <w:vAlign w:val="center"/>
          </w:tcPr>
          <w:p>
            <w:pPr>
              <w:spacing w:before="40" w:after="40"/>
            </w:pPr>
            <w:r>
              <w:rPr>
                <w:rFonts w:ascii="Yu Gothic" w:hAnsi="Yu Gothic" w:eastAsia="Yu Gothic"/>
                <w:b w:val="0"/>
                <w:sz w:val="18"/>
              </w:rPr>
            </w:r>
          </w:p>
        </w:tc>
        <w:tc>
          <w:tcPr>
            <w:tcW w:type="dxa" w:w="4989"/>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r>
      <w:tr>
        <w:trPr>
          <w:trHeight w:val="680" w:hRule="atLeast"/>
        </w:trPr>
        <w:tc>
          <w:tcPr>
            <w:tcW w:type="dxa" w:w="2041"/>
            <w:vAlign w:val="center"/>
          </w:tcPr>
          <w:p>
            <w:pPr>
              <w:spacing w:before="40" w:after="40"/>
            </w:pPr>
            <w:r>
              <w:rPr>
                <w:rFonts w:ascii="Yu Gothic" w:hAnsi="Yu Gothic" w:eastAsia="Yu Gothic"/>
                <w:b w:val="0"/>
                <w:sz w:val="18"/>
              </w:rPr>
            </w:r>
          </w:p>
        </w:tc>
        <w:tc>
          <w:tcPr>
            <w:tcW w:type="dxa" w:w="4989"/>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r>
      <w:tr>
        <w:trPr>
          <w:trHeight w:val="680" w:hRule="atLeast"/>
        </w:trPr>
        <w:tc>
          <w:tcPr>
            <w:tcW w:type="dxa" w:w="2041"/>
            <w:vAlign w:val="center"/>
          </w:tcPr>
          <w:p>
            <w:pPr>
              <w:spacing w:before="40" w:after="40"/>
            </w:pPr>
            <w:r>
              <w:rPr>
                <w:rFonts w:ascii="Yu Gothic" w:hAnsi="Yu Gothic" w:eastAsia="Yu Gothic"/>
                <w:b w:val="0"/>
                <w:sz w:val="18"/>
              </w:rPr>
            </w:r>
          </w:p>
        </w:tc>
        <w:tc>
          <w:tcPr>
            <w:tcW w:type="dxa" w:w="4989"/>
            <w:vAlign w:val="center"/>
          </w:tcPr>
          <w:p>
            <w:pPr>
              <w:spacing w:before="40" w:after="40"/>
            </w:pPr>
            <w:r>
              <w:rPr>
                <w:rFonts w:ascii="Yu Gothic" w:hAnsi="Yu Gothic" w:eastAsia="Yu Gothic"/>
                <w:b w:val="0"/>
                <w:sz w:val="18"/>
              </w:rPr>
            </w:r>
          </w:p>
        </w:tc>
        <w:tc>
          <w:tcPr>
            <w:tcW w:type="dxa" w:w="2835"/>
            <w:vAlign w:val="center"/>
          </w:tcPr>
          <w:p>
            <w:pPr>
              <w:spacing w:before="40" w:after="40"/>
            </w:pPr>
            <w:r>
              <w:rPr>
                <w:rFonts w:ascii="Yu Gothic" w:hAnsi="Yu Gothic" w:eastAsia="Yu Gothic"/>
                <w:b w:val="0"/>
                <w:sz w:val="18"/>
              </w:rPr>
            </w:r>
          </w:p>
        </w:tc>
      </w:tr>
    </w:tbl>
    <w:p>
      <w:pPr>
        <w:spacing w:before="0" w:after="0"/>
      </w:pPr>
    </w:p>
    <w:p>
      <w:pPr>
        <w:pStyle w:val="Heading2"/>
      </w:pPr>
      <w:r>
        <w:t>8. 引き継ぎチェックリスト</w:t>
      </w:r>
    </w:p>
    <w:p>
      <w:r>
        <w:rPr>
          <w:rFonts w:ascii="Yu Gothic" w:hAnsi="Yu Gothic" w:eastAsia="Yu Gothic"/>
          <w:b w:val="0"/>
          <w:sz w:val="19"/>
        </w:rPr>
        <w:t>「説明した」で終わらせず、後任の方が1人でやり切れたところまで確認します。進捗率(%)は 説明=30／同席=60／独り立ち=100 が目安です。</w:t>
      </w: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567"/>
        <w:gridCol w:w="2835"/>
        <w:gridCol w:w="1361"/>
        <w:gridCol w:w="1474"/>
        <w:gridCol w:w="1701"/>
        <w:gridCol w:w="1020"/>
        <w:gridCol w:w="907"/>
      </w:tblGrid>
      <w:tr>
        <w:trPr>
          <w:trHeight w:val="454" w:hRule="atLeast"/>
          <w:tblHeader w:val="true"/>
        </w:trPr>
        <w:tc>
          <w:tcPr>
            <w:tcW w:type="dxa" w:w="567"/>
            <w:shd w:val="clear" w:color="auto" w:fill="DCE6F1"/>
            <w:vAlign w:val="center"/>
          </w:tcPr>
          <w:p>
            <w:pPr>
              <w:spacing w:before="40" w:after="40"/>
              <w:jc w:val="center"/>
            </w:pPr>
            <w:r>
              <w:rPr>
                <w:rFonts w:ascii="Yu Gothic" w:hAnsi="Yu Gothic" w:eastAsia="Yu Gothic"/>
                <w:b/>
                <w:sz w:val="17"/>
              </w:rPr>
              <w:t>No</w:t>
            </w:r>
          </w:p>
        </w:tc>
        <w:tc>
          <w:tcPr>
            <w:tcW w:type="dxa" w:w="2835"/>
            <w:shd w:val="clear" w:color="auto" w:fill="DCE6F1"/>
            <w:vAlign w:val="center"/>
          </w:tcPr>
          <w:p>
            <w:pPr>
              <w:spacing w:before="40" w:after="40"/>
              <w:jc w:val="center"/>
            </w:pPr>
            <w:r>
              <w:rPr>
                <w:rFonts w:ascii="Yu Gothic" w:hAnsi="Yu Gothic" w:eastAsia="Yu Gothic"/>
                <w:b/>
                <w:sz w:val="17"/>
              </w:rPr>
              <w:t>引き継ぐ項目</w:t>
            </w:r>
          </w:p>
        </w:tc>
        <w:tc>
          <w:tcPr>
            <w:tcW w:type="dxa" w:w="1361"/>
            <w:shd w:val="clear" w:color="auto" w:fill="DCE6F1"/>
            <w:vAlign w:val="center"/>
          </w:tcPr>
          <w:p>
            <w:pPr>
              <w:spacing w:before="40" w:after="40"/>
              <w:jc w:val="center"/>
            </w:pPr>
            <w:r>
              <w:rPr>
                <w:rFonts w:ascii="Yu Gothic" w:hAnsi="Yu Gothic" w:eastAsia="Yu Gothic"/>
                <w:b/>
                <w:sz w:val="17"/>
              </w:rPr>
              <w:t>説明した日</w:t>
            </w:r>
          </w:p>
        </w:tc>
        <w:tc>
          <w:tcPr>
            <w:tcW w:type="dxa" w:w="1474"/>
            <w:shd w:val="clear" w:color="auto" w:fill="DCE6F1"/>
            <w:vAlign w:val="center"/>
          </w:tcPr>
          <w:p>
            <w:pPr>
              <w:spacing w:before="40" w:after="40"/>
              <w:jc w:val="center"/>
            </w:pPr>
            <w:r>
              <w:rPr>
                <w:rFonts w:ascii="Yu Gothic" w:hAnsi="Yu Gothic" w:eastAsia="Yu Gothic"/>
                <w:b/>
                <w:sz w:val="17"/>
              </w:rPr>
              <w:t>一緒にやった日</w:t>
            </w:r>
          </w:p>
        </w:tc>
        <w:tc>
          <w:tcPr>
            <w:tcW w:type="dxa" w:w="1701"/>
            <w:shd w:val="clear" w:color="auto" w:fill="DCE6F1"/>
            <w:vAlign w:val="center"/>
          </w:tcPr>
          <w:p>
            <w:pPr>
              <w:spacing w:before="40" w:after="40"/>
              <w:jc w:val="center"/>
            </w:pPr>
            <w:r>
              <w:rPr>
                <w:rFonts w:ascii="Yu Gothic" w:hAnsi="Yu Gothic" w:eastAsia="Yu Gothic"/>
                <w:b/>
                <w:sz w:val="17"/>
              </w:rPr>
              <w:t>独り立ち確認日</w:t>
            </w:r>
          </w:p>
        </w:tc>
        <w:tc>
          <w:tcPr>
            <w:tcW w:type="dxa" w:w="1020"/>
            <w:shd w:val="clear" w:color="auto" w:fill="DCE6F1"/>
            <w:vAlign w:val="center"/>
          </w:tcPr>
          <w:p>
            <w:pPr>
              <w:spacing w:before="40" w:after="40"/>
              <w:jc w:val="center"/>
            </w:pPr>
            <w:r>
              <w:rPr>
                <w:rFonts w:ascii="Yu Gothic" w:hAnsi="Yu Gothic" w:eastAsia="Yu Gothic"/>
                <w:b/>
                <w:sz w:val="17"/>
              </w:rPr>
              <w:t>進捗率(%)</w:t>
            </w:r>
          </w:p>
        </w:tc>
        <w:tc>
          <w:tcPr>
            <w:tcW w:type="dxa" w:w="907"/>
            <w:shd w:val="clear" w:color="auto" w:fill="DCE6F1"/>
            <w:vAlign w:val="center"/>
          </w:tcPr>
          <w:p>
            <w:pPr>
              <w:spacing w:before="40" w:after="40"/>
              <w:jc w:val="center"/>
            </w:pPr>
            <w:r>
              <w:rPr>
                <w:rFonts w:ascii="Yu Gothic" w:hAnsi="Yu Gothic" w:eastAsia="Yu Gothic"/>
                <w:b/>
                <w:sz w:val="17"/>
              </w:rPr>
              <w:t>確認者</w:t>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1</w:t>
            </w:r>
          </w:p>
        </w:tc>
        <w:tc>
          <w:tcPr>
            <w:tcW w:type="dxa" w:w="2835"/>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701"/>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2</w:t>
            </w:r>
          </w:p>
        </w:tc>
        <w:tc>
          <w:tcPr>
            <w:tcW w:type="dxa" w:w="2835"/>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701"/>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3</w:t>
            </w:r>
          </w:p>
        </w:tc>
        <w:tc>
          <w:tcPr>
            <w:tcW w:type="dxa" w:w="2835"/>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701"/>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4</w:t>
            </w:r>
          </w:p>
        </w:tc>
        <w:tc>
          <w:tcPr>
            <w:tcW w:type="dxa" w:w="2835"/>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701"/>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5</w:t>
            </w:r>
          </w:p>
        </w:tc>
        <w:tc>
          <w:tcPr>
            <w:tcW w:type="dxa" w:w="2835"/>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701"/>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6</w:t>
            </w:r>
          </w:p>
        </w:tc>
        <w:tc>
          <w:tcPr>
            <w:tcW w:type="dxa" w:w="2835"/>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701"/>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7</w:t>
            </w:r>
          </w:p>
        </w:tc>
        <w:tc>
          <w:tcPr>
            <w:tcW w:type="dxa" w:w="2835"/>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701"/>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8</w:t>
            </w:r>
          </w:p>
        </w:tc>
        <w:tc>
          <w:tcPr>
            <w:tcW w:type="dxa" w:w="2835"/>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701"/>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9</w:t>
            </w:r>
          </w:p>
        </w:tc>
        <w:tc>
          <w:tcPr>
            <w:tcW w:type="dxa" w:w="2835"/>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701"/>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10</w:t>
            </w:r>
          </w:p>
        </w:tc>
        <w:tc>
          <w:tcPr>
            <w:tcW w:type="dxa" w:w="2835"/>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701"/>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11</w:t>
            </w:r>
          </w:p>
        </w:tc>
        <w:tc>
          <w:tcPr>
            <w:tcW w:type="dxa" w:w="2835"/>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701"/>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r>
      <w:tr>
        <w:trPr>
          <w:trHeight w:val="510" w:hRule="atLeast"/>
        </w:trPr>
        <w:tc>
          <w:tcPr>
            <w:tcW w:type="dxa" w:w="567"/>
            <w:shd w:val="clear" w:color="auto" w:fill="F2F5F9"/>
            <w:vAlign w:val="center"/>
          </w:tcPr>
          <w:p>
            <w:pPr>
              <w:spacing w:before="40" w:after="40"/>
              <w:jc w:val="center"/>
            </w:pPr>
            <w:r>
              <w:rPr>
                <w:rFonts w:ascii="Yu Gothic" w:hAnsi="Yu Gothic" w:eastAsia="Yu Gothic"/>
                <w:b w:val="0"/>
                <w:sz w:val="18"/>
              </w:rPr>
              <w:t>12</w:t>
            </w:r>
          </w:p>
        </w:tc>
        <w:tc>
          <w:tcPr>
            <w:tcW w:type="dxa" w:w="2835"/>
            <w:vAlign w:val="center"/>
          </w:tcPr>
          <w:p>
            <w:pPr>
              <w:spacing w:before="40" w:after="40"/>
            </w:pPr>
            <w:r>
              <w:rPr>
                <w:rFonts w:ascii="Yu Gothic" w:hAnsi="Yu Gothic" w:eastAsia="Yu Gothic"/>
                <w:b w:val="0"/>
                <w:sz w:val="18"/>
              </w:rPr>
            </w:r>
          </w:p>
        </w:tc>
        <w:tc>
          <w:tcPr>
            <w:tcW w:type="dxa" w:w="1361"/>
            <w:vAlign w:val="center"/>
          </w:tcPr>
          <w:p>
            <w:pPr>
              <w:spacing w:before="40" w:after="40"/>
            </w:pPr>
            <w:r>
              <w:rPr>
                <w:rFonts w:ascii="Yu Gothic" w:hAnsi="Yu Gothic" w:eastAsia="Yu Gothic"/>
                <w:b w:val="0"/>
                <w:sz w:val="18"/>
              </w:rPr>
            </w:r>
          </w:p>
        </w:tc>
        <w:tc>
          <w:tcPr>
            <w:tcW w:type="dxa" w:w="1474"/>
            <w:vAlign w:val="center"/>
          </w:tcPr>
          <w:p>
            <w:pPr>
              <w:spacing w:before="40" w:after="40"/>
            </w:pPr>
            <w:r>
              <w:rPr>
                <w:rFonts w:ascii="Yu Gothic" w:hAnsi="Yu Gothic" w:eastAsia="Yu Gothic"/>
                <w:b w:val="0"/>
                <w:sz w:val="18"/>
              </w:rPr>
            </w:r>
          </w:p>
        </w:tc>
        <w:tc>
          <w:tcPr>
            <w:tcW w:type="dxa" w:w="1701"/>
            <w:vAlign w:val="center"/>
          </w:tcPr>
          <w:p>
            <w:pPr>
              <w:spacing w:before="40" w:after="40"/>
            </w:pPr>
            <w:r>
              <w:rPr>
                <w:rFonts w:ascii="Yu Gothic" w:hAnsi="Yu Gothic" w:eastAsia="Yu Gothic"/>
                <w:b w:val="0"/>
                <w:sz w:val="18"/>
              </w:rPr>
            </w:r>
          </w:p>
        </w:tc>
        <w:tc>
          <w:tcPr>
            <w:tcW w:type="dxa" w:w="1020"/>
            <w:vAlign w:val="center"/>
          </w:tcPr>
          <w:p>
            <w:pPr>
              <w:spacing w:before="40" w:after="40"/>
            </w:pPr>
            <w:r>
              <w:rPr>
                <w:rFonts w:ascii="Yu Gothic" w:hAnsi="Yu Gothic" w:eastAsia="Yu Gothic"/>
                <w:b w:val="0"/>
                <w:sz w:val="18"/>
              </w:rPr>
            </w:r>
          </w:p>
        </w:tc>
        <w:tc>
          <w:tcPr>
            <w:tcW w:type="dxa" w:w="907"/>
            <w:vAlign w:val="center"/>
          </w:tcPr>
          <w:p>
            <w:pPr>
              <w:spacing w:before="40" w:after="40"/>
            </w:pPr>
            <w:r>
              <w:rPr>
                <w:rFonts w:ascii="Yu Gothic" w:hAnsi="Yu Gothic" w:eastAsia="Yu Gothic"/>
                <w:b w:val="0"/>
                <w:sz w:val="18"/>
              </w:rPr>
            </w:r>
          </w:p>
        </w:tc>
      </w:tr>
    </w:tbl>
    <w:p>
      <w:pPr>
        <w:spacing w:before="0" w:after="0"/>
      </w:pPr>
    </w:p>
    <w:p>
      <w:pPr>
        <w:pStyle w:val="Heading2"/>
      </w:pPr>
      <w:r>
        <w:t>9. 引き継ぎ完了確認</w:t>
      </w:r>
    </w:p>
    <w:tbl>
      <w:tblPr>
        <w:tblW w:type="auto" w:w="0"/>
        <w:tblBorders>
          <w:top w:val="single" w:sz="6" w:space="0" w:color="8496B0"/>
          <w:left w:val="single" w:sz="6" w:space="0" w:color="8496B0"/>
          <w:bottom w:val="single" w:sz="6" w:space="0" w:color="8496B0"/>
          <w:right w:val="single" w:sz="6" w:space="0" w:color="8496B0"/>
          <w:insideH w:val="single" w:sz="6" w:space="0" w:color="8496B0"/>
          <w:insideV w:val="single" w:sz="6" w:space="0" w:color="8496B0"/>
        </w:tblBorders>
        <w:tblLayout w:type="fixed"/>
        <w:tblLook w:firstColumn="1" w:firstRow="1" w:lastColumn="0" w:lastRow="0" w:noHBand="0" w:noVBand="1" w:val="04A0"/>
      </w:tblPr>
      <w:tblGrid>
        <w:gridCol w:w="1928"/>
        <w:gridCol w:w="3005"/>
        <w:gridCol w:w="1928"/>
        <w:gridCol w:w="3005"/>
      </w:tblGrid>
      <w:tr>
        <w:trPr>
          <w:trHeight w:val="680" w:hRule="atLeast"/>
        </w:trPr>
        <w:tc>
          <w:tcPr>
            <w:tcW w:type="dxa" w:w="1928"/>
            <w:shd w:val="clear" w:color="auto" w:fill="F2F5F9"/>
            <w:vAlign w:val="center"/>
          </w:tcPr>
          <w:p>
            <w:pPr>
              <w:spacing w:before="40" w:after="40"/>
            </w:pPr>
            <w:r>
              <w:rPr>
                <w:rFonts w:ascii="Yu Gothic" w:hAnsi="Yu Gothic" w:eastAsia="Yu Gothic"/>
                <w:b/>
                <w:sz w:val="18"/>
              </w:rPr>
              <w:t>前任者 署名</w:t>
            </w:r>
          </w:p>
        </w:tc>
        <w:tc>
          <w:tcPr>
            <w:tcW w:type="dxa" w:w="3005"/>
            <w:vAlign w:val="center"/>
          </w:tcPr>
          <w:p>
            <w:pPr>
              <w:spacing w:before="40" w:after="40"/>
            </w:pPr>
            <w:r>
              <w:rPr>
                <w:rFonts w:ascii="Yu Gothic" w:hAnsi="Yu Gothic" w:eastAsia="Yu Gothic"/>
                <w:b w:val="0"/>
                <w:sz w:val="18"/>
              </w:rPr>
            </w:r>
          </w:p>
        </w:tc>
        <w:tc>
          <w:tcPr>
            <w:tcW w:type="dxa" w:w="1928"/>
            <w:shd w:val="clear" w:color="auto" w:fill="F2F5F9"/>
            <w:vAlign w:val="center"/>
          </w:tcPr>
          <w:p>
            <w:pPr>
              <w:spacing w:before="40" w:after="40"/>
            </w:pPr>
            <w:r>
              <w:rPr>
                <w:rFonts w:ascii="Yu Gothic" w:hAnsi="Yu Gothic" w:eastAsia="Yu Gothic"/>
                <w:b/>
                <w:sz w:val="18"/>
              </w:rPr>
              <w:t>日付</w:t>
            </w:r>
          </w:p>
        </w:tc>
        <w:tc>
          <w:tcPr>
            <w:tcW w:type="dxa" w:w="3005"/>
            <w:vAlign w:val="center"/>
          </w:tcPr>
          <w:p>
            <w:pPr>
              <w:spacing w:before="40" w:after="40"/>
            </w:pPr>
            <w:r>
              <w:rPr>
                <w:rFonts w:ascii="Yu Gothic" w:hAnsi="Yu Gothic" w:eastAsia="Yu Gothic"/>
                <w:b w:val="0"/>
                <w:sz w:val="18"/>
              </w:rPr>
            </w:r>
          </w:p>
        </w:tc>
      </w:tr>
      <w:tr>
        <w:trPr>
          <w:trHeight w:val="680" w:hRule="atLeast"/>
        </w:trPr>
        <w:tc>
          <w:tcPr>
            <w:tcW w:type="dxa" w:w="1928"/>
            <w:shd w:val="clear" w:color="auto" w:fill="F2F5F9"/>
            <w:vAlign w:val="center"/>
          </w:tcPr>
          <w:p>
            <w:pPr>
              <w:spacing w:before="40" w:after="40"/>
            </w:pPr>
            <w:r>
              <w:rPr>
                <w:rFonts w:ascii="Yu Gothic" w:hAnsi="Yu Gothic" w:eastAsia="Yu Gothic"/>
                <w:b/>
                <w:sz w:val="18"/>
              </w:rPr>
              <w:t>後任者 署名</w:t>
            </w:r>
          </w:p>
        </w:tc>
        <w:tc>
          <w:tcPr>
            <w:tcW w:type="dxa" w:w="3005"/>
            <w:vAlign w:val="center"/>
          </w:tcPr>
          <w:p>
            <w:pPr>
              <w:spacing w:before="40" w:after="40"/>
            </w:pPr>
            <w:r>
              <w:rPr>
                <w:rFonts w:ascii="Yu Gothic" w:hAnsi="Yu Gothic" w:eastAsia="Yu Gothic"/>
                <w:b w:val="0"/>
                <w:sz w:val="18"/>
              </w:rPr>
            </w:r>
          </w:p>
        </w:tc>
        <w:tc>
          <w:tcPr>
            <w:tcW w:type="dxa" w:w="1928"/>
            <w:shd w:val="clear" w:color="auto" w:fill="F2F5F9"/>
            <w:vAlign w:val="center"/>
          </w:tcPr>
          <w:p>
            <w:pPr>
              <w:spacing w:before="40" w:after="40"/>
            </w:pPr>
            <w:r>
              <w:rPr>
                <w:rFonts w:ascii="Yu Gothic" w:hAnsi="Yu Gothic" w:eastAsia="Yu Gothic"/>
                <w:b/>
                <w:sz w:val="18"/>
              </w:rPr>
              <w:t>日付</w:t>
            </w:r>
          </w:p>
        </w:tc>
        <w:tc>
          <w:tcPr>
            <w:tcW w:type="dxa" w:w="3005"/>
            <w:vAlign w:val="center"/>
          </w:tcPr>
          <w:p>
            <w:pPr>
              <w:spacing w:before="40" w:after="40"/>
            </w:pPr>
            <w:r>
              <w:rPr>
                <w:rFonts w:ascii="Yu Gothic" w:hAnsi="Yu Gothic" w:eastAsia="Yu Gothic"/>
                <w:b w:val="0"/>
                <w:sz w:val="18"/>
              </w:rPr>
            </w:r>
          </w:p>
        </w:tc>
      </w:tr>
      <w:tr>
        <w:trPr>
          <w:trHeight w:val="680" w:hRule="atLeast"/>
        </w:trPr>
        <w:tc>
          <w:tcPr>
            <w:tcW w:type="dxa" w:w="1928"/>
            <w:shd w:val="clear" w:color="auto" w:fill="F2F5F9"/>
            <w:vAlign w:val="center"/>
          </w:tcPr>
          <w:p>
            <w:pPr>
              <w:spacing w:before="40" w:after="40"/>
            </w:pPr>
            <w:r>
              <w:rPr>
                <w:rFonts w:ascii="Yu Gothic" w:hAnsi="Yu Gothic" w:eastAsia="Yu Gothic"/>
                <w:b/>
                <w:sz w:val="18"/>
              </w:rPr>
              <w:t>上長 署名</w:t>
            </w:r>
          </w:p>
        </w:tc>
        <w:tc>
          <w:tcPr>
            <w:tcW w:type="dxa" w:w="3005"/>
            <w:vAlign w:val="center"/>
          </w:tcPr>
          <w:p>
            <w:pPr>
              <w:spacing w:before="40" w:after="40"/>
            </w:pPr>
            <w:r>
              <w:rPr>
                <w:rFonts w:ascii="Yu Gothic" w:hAnsi="Yu Gothic" w:eastAsia="Yu Gothic"/>
                <w:b w:val="0"/>
                <w:sz w:val="18"/>
              </w:rPr>
            </w:r>
          </w:p>
        </w:tc>
        <w:tc>
          <w:tcPr>
            <w:tcW w:type="dxa" w:w="1928"/>
            <w:shd w:val="clear" w:color="auto" w:fill="F2F5F9"/>
            <w:vAlign w:val="center"/>
          </w:tcPr>
          <w:p>
            <w:pPr>
              <w:spacing w:before="40" w:after="40"/>
            </w:pPr>
            <w:r>
              <w:rPr>
                <w:rFonts w:ascii="Yu Gothic" w:hAnsi="Yu Gothic" w:eastAsia="Yu Gothic"/>
                <w:b/>
                <w:sz w:val="18"/>
              </w:rPr>
              <w:t>日付</w:t>
            </w:r>
          </w:p>
        </w:tc>
        <w:tc>
          <w:tcPr>
            <w:tcW w:type="dxa" w:w="3005"/>
            <w:vAlign w:val="center"/>
          </w:tcPr>
          <w:p>
            <w:pPr>
              <w:spacing w:before="40" w:after="40"/>
            </w:pPr>
            <w:r>
              <w:rPr>
                <w:rFonts w:ascii="Yu Gothic" w:hAnsi="Yu Gothic" w:eastAsia="Yu Gothic"/>
                <w:b w:val="0"/>
                <w:sz w:val="18"/>
              </w:rPr>
            </w:r>
          </w:p>
        </w:tc>
      </w:tr>
      <w:tr>
        <w:trPr>
          <w:trHeight w:val="1134" w:hRule="atLeast"/>
        </w:trPr>
        <w:tc>
          <w:tcPr>
            <w:tcW w:type="dxa" w:w="1928"/>
            <w:shd w:val="clear" w:color="auto" w:fill="F2F5F9"/>
            <w:vAlign w:val="center"/>
          </w:tcPr>
          <w:p>
            <w:pPr>
              <w:spacing w:before="40" w:after="40"/>
            </w:pPr>
            <w:r>
              <w:rPr>
                <w:rFonts w:ascii="Yu Gothic" w:hAnsi="Yu Gothic" w:eastAsia="Yu Gothic"/>
                <w:b/>
                <w:sz w:val="18"/>
              </w:rPr>
              <w:t>引き継ぎ後に残った課題</w:t>
            </w:r>
          </w:p>
        </w:tc>
        <w:tc>
          <w:tcPr>
            <w:tcW w:type="dxa" w:w="7938"/>
            <w:gridSpan w:val="3"/>
            <w:vAlign w:val="center"/>
          </w:tcPr>
          <w:p>
            <w:pPr>
              <w:spacing w:before="40" w:after="40"/>
            </w:pPr>
            <w:r>
              <w:rPr>
                <w:rFonts w:ascii="Yu Gothic" w:hAnsi="Yu Gothic" w:eastAsia="Yu Gothic"/>
                <w:b w:val="0"/>
                <w:sz w:val="18"/>
              </w:rPr>
            </w:r>
          </w:p>
        </w:tc>
      </w:tr>
    </w:tbl>
    <w:p>
      <w:pPr>
        <w:spacing w:before="0" w:after="0"/>
      </w:pPr>
    </w:p>
    <w:p>
      <w:r>
        <w:rPr>
          <w:rFonts w:ascii="Yu Gothic" w:hAnsi="Yu Gothic" w:eastAsia="Yu Gothic"/>
          <w:b w:val="0"/>
          <w:sz w:val="18"/>
        </w:rPr>
        <w:t>このテンプレートは自由に使ってかまいません。改変・再配布も可です。</w:t>
      </w:r>
    </w:p>
    <w:p>
      <w:r>
        <w:rPr>
          <w:rFonts w:ascii="Yu Gothic" w:hAnsi="Yu Gothic" w:eastAsia="Yu Gothic"/>
          <w:b w:val="0"/>
          <w:sz w:val="18"/>
        </w:rPr>
        <w:t>配布元: 副業ポートフォリオ https://satoru-log.jp</w:t>
      </w:r>
    </w:p>
    <w:sectPr w:rsidR="00FC693F" w:rsidRPr="0006063C" w:rsidSect="00034616">
      <w:footerReference w:type="default" r:id="rId9"/>
      <w:pgSz w:w="11906" w:h="16838"/>
      <w:pgMar w:top="1020" w:right="1020" w:bottom="907" w:left="1020"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Gothic" w:hAnsi="Yu Gothic" w:eastAsia="Yu Gothic"/>
        <w:b w:val="0"/>
        <w:color w:val="7F7F7F"/>
        <w:sz w:val="16"/>
      </w:rPr>
      <w:t xml:space="preserve">引き継ぎ書テンプレート ／ 配布元: 副業ポートフォリオ https://satoru-log.jp　- </w:t>
    </w:r>
    <w:r>
      <w:rPr>
        <w:rFonts w:ascii="Yu Gothic" w:hAnsi="Yu Gothic" w:eastAsia="Yu Gothic"/>
        <w:b w:val="0"/>
        <w:sz w:val="16"/>
      </w:rPr>
      <w:fldChar w:fldCharType="begin"/>
      <w:instrText xml:space="preserve">PAGE</w:instrText>
      <w:fldChar w:fldCharType="end"/>
    </w:r>
    <w:r>
      <w:rPr>
        <w:rFonts w:ascii="Yu Gothic" w:hAnsi="Yu Gothic" w:eastAsia="Yu Gothic"/>
        <w:b w:val="0"/>
        <w:color w:val="7F7F7F"/>
        <w:sz w:val="16"/>
      </w:rPr>
      <w:t xml:space="preserve"> -</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Yu Gothic" w:hAnsi="Yu Gothic" w:eastAsia="Yu Gothic"/>
      <w:b w:val="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160"/>
      <w:outlineLvl w:val="0"/>
    </w:pPr>
    <w:rPr>
      <w:rFonts w:asciiTheme="majorHAnsi" w:eastAsiaTheme="majorEastAsia" w:hAnsiTheme="majorHAnsi" w:cstheme="majorBidi" w:ascii="Yu Gothic" w:hAnsi="Yu Gothic" w:eastAsia="Yu Gothic"/>
      <w:b/>
      <w:bCs/>
      <w:color w:val="1F3864"/>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Yu Gothic" w:hAnsi="Yu Gothic" w:eastAsia="Yu Gothic"/>
      <w:b/>
      <w:bCs/>
      <w:color w:val="1F3864"/>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Yu Gothic" w:hAnsi="Yu Gothic" w:eastAsia="Yu Gothic"/>
      <w:b/>
      <w:bCs/>
      <w:color w:val="1F386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Yu Gothic" w:hAnsi="Yu Gothic" w:eastAsia="Yu Gothic"/>
      <w:b/>
      <w:color w:val="1F3864"/>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